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643D6" w14:textId="1DC7D6F7" w:rsidR="000B7CCE" w:rsidRDefault="008418E4">
      <w:pPr>
        <w:pStyle w:val="aa"/>
        <w:snapToGrid w:val="0"/>
        <w:spacing w:line="600" w:lineRule="exact"/>
        <w:jc w:val="center"/>
        <w:rPr>
          <w:lang w:eastAsia="zh-CN"/>
        </w:rPr>
      </w:pPr>
      <w:r>
        <w:rPr>
          <w:rFonts w:ascii="Times New Roman" w:eastAsia="宋体" w:hAnsi="Times New Roman" w:cs="Times New Roman" w:hint="eastAsia"/>
          <w:lang w:eastAsia="zh-CN"/>
        </w:rPr>
        <w:t>2024</w:t>
      </w:r>
      <w:r>
        <w:rPr>
          <w:rFonts w:ascii="Times New Roman" w:eastAsia="宋体" w:hAnsi="Times New Roman" w:cs="Times New Roman" w:hint="eastAsia"/>
          <w:lang w:eastAsia="zh-CN"/>
        </w:rPr>
        <w:t>年度</w:t>
      </w:r>
      <w:r>
        <w:rPr>
          <w:rFonts w:ascii="Times New Roman" w:eastAsia="宋体" w:hAnsi="Times New Roman" w:cs="Times New Roman"/>
          <w:lang w:eastAsia="zh-CN"/>
        </w:rPr>
        <w:t>开放课题结题报告</w:t>
      </w:r>
    </w:p>
    <w:p w14:paraId="56C518C5" w14:textId="77777777" w:rsidR="000B7CCE" w:rsidRDefault="00000000">
      <w:pPr>
        <w:snapToGrid w:val="0"/>
        <w:jc w:val="center"/>
        <w:rPr>
          <w:lang w:eastAsia="zh-CN"/>
        </w:rPr>
      </w:pPr>
      <w:r>
        <w:rPr>
          <w:rFonts w:cs="Times New Roman"/>
          <w:lang w:eastAsia="zh-CN"/>
        </w:rPr>
        <w:t>安徽省城市轨道交通安全与应急管理重点实验室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1"/>
        <w:gridCol w:w="6917"/>
      </w:tblGrid>
      <w:tr w:rsidR="000B7CCE" w14:paraId="53F697AA" w14:textId="77777777" w:rsidTr="008418E4">
        <w:trPr>
          <w:cantSplit/>
          <w:trHeight w:val="567"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5427F7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</w:rPr>
              <w:t>项目名称</w:t>
            </w:r>
            <w:proofErr w:type="spellEnd"/>
          </w:p>
        </w:tc>
        <w:tc>
          <w:tcPr>
            <w:tcW w:w="691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8E1CE0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  <w:tr w:rsidR="000B7CCE" w14:paraId="6A4008E4" w14:textId="77777777" w:rsidTr="008418E4">
        <w:trPr>
          <w:cantSplit/>
          <w:trHeight w:val="567"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2529E1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</w:rPr>
              <w:t>项目编号</w:t>
            </w:r>
            <w:proofErr w:type="spellEnd"/>
          </w:p>
        </w:tc>
        <w:tc>
          <w:tcPr>
            <w:tcW w:w="691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C45D67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  <w:tr w:rsidR="000B7CCE" w14:paraId="7FD3FD8A" w14:textId="77777777" w:rsidTr="008418E4">
        <w:trPr>
          <w:cantSplit/>
          <w:trHeight w:val="567"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A1EFD1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</w:rPr>
              <w:t>项目类别</w:t>
            </w:r>
            <w:proofErr w:type="spellEnd"/>
          </w:p>
        </w:tc>
        <w:tc>
          <w:tcPr>
            <w:tcW w:w="691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79E85D" w14:textId="1AAFF446" w:rsidR="000B7CCE" w:rsidRDefault="00000000" w:rsidP="005F0C4E">
            <w:pPr>
              <w:snapToGrid w:val="0"/>
              <w:spacing w:after="0" w:line="320" w:lineRule="exact"/>
              <w:jc w:val="center"/>
              <w:rPr>
                <w:lang w:eastAsia="zh-CN"/>
              </w:rPr>
            </w:pPr>
            <w:r>
              <w:rPr>
                <w:rFonts w:cs="Times New Roman"/>
                <w:lang w:eastAsia="zh-CN"/>
              </w:rPr>
              <w:t>□</w:t>
            </w:r>
            <w:r>
              <w:rPr>
                <w:rFonts w:cs="Times New Roman"/>
                <w:lang w:eastAsia="zh-CN"/>
              </w:rPr>
              <w:t>重点项目</w:t>
            </w:r>
            <w:r w:rsidR="005F0C4E">
              <w:rPr>
                <w:rFonts w:cs="Times New Roman" w:hint="eastAsia"/>
                <w:lang w:eastAsia="zh-CN"/>
              </w:rPr>
              <w:t xml:space="preserve">                                     </w:t>
            </w:r>
            <w:r>
              <w:rPr>
                <w:rFonts w:cs="Times New Roman"/>
                <w:lang w:eastAsia="zh-CN"/>
              </w:rPr>
              <w:t>□</w:t>
            </w:r>
            <w:r>
              <w:rPr>
                <w:rFonts w:cs="Times New Roman"/>
                <w:lang w:eastAsia="zh-CN"/>
              </w:rPr>
              <w:t>一般项目</w:t>
            </w:r>
          </w:p>
        </w:tc>
      </w:tr>
      <w:tr w:rsidR="000B7CCE" w14:paraId="16185D21" w14:textId="77777777" w:rsidTr="008418E4">
        <w:trPr>
          <w:cantSplit/>
          <w:trHeight w:val="567"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B29B76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</w:rPr>
              <w:t>项目负责人</w:t>
            </w:r>
            <w:proofErr w:type="spellEnd"/>
          </w:p>
        </w:tc>
        <w:tc>
          <w:tcPr>
            <w:tcW w:w="691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02A8F4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  <w:tr w:rsidR="000B7CCE" w14:paraId="0FF442A7" w14:textId="77777777" w:rsidTr="008418E4">
        <w:trPr>
          <w:cantSplit/>
          <w:trHeight w:val="567"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B98637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</w:rPr>
              <w:t>承担单位</w:t>
            </w:r>
            <w:proofErr w:type="spellEnd"/>
          </w:p>
        </w:tc>
        <w:tc>
          <w:tcPr>
            <w:tcW w:w="691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5ED3E8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  <w:tr w:rsidR="000B7CCE" w14:paraId="724AF2EA" w14:textId="77777777" w:rsidTr="008418E4">
        <w:trPr>
          <w:cantSplit/>
          <w:trHeight w:val="567"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3472D5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</w:rPr>
              <w:t>资助金额</w:t>
            </w:r>
            <w:proofErr w:type="spellEnd"/>
          </w:p>
        </w:tc>
        <w:tc>
          <w:tcPr>
            <w:tcW w:w="691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2616F2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  <w:tr w:rsidR="000B7CCE" w14:paraId="25F2AFBC" w14:textId="77777777" w:rsidTr="008418E4">
        <w:trPr>
          <w:cantSplit/>
          <w:trHeight w:val="567"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55F345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</w:rPr>
              <w:t>执行期限</w:t>
            </w:r>
            <w:proofErr w:type="spellEnd"/>
          </w:p>
        </w:tc>
        <w:tc>
          <w:tcPr>
            <w:tcW w:w="691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626613" w14:textId="77777777" w:rsidR="000B7CCE" w:rsidRDefault="00000000" w:rsidP="00C7255F">
            <w:pPr>
              <w:snapToGrid w:val="0"/>
              <w:spacing w:after="0" w:line="320" w:lineRule="exact"/>
              <w:jc w:val="center"/>
            </w:pPr>
            <w:r>
              <w:rPr>
                <w:rFonts w:cs="Times New Roman"/>
              </w:rPr>
              <w:t>2024</w:t>
            </w:r>
            <w:r>
              <w:rPr>
                <w:rFonts w:cs="Times New Roman"/>
              </w:rPr>
              <w:t>年</w:t>
            </w:r>
            <w:r>
              <w:rPr>
                <w:rFonts w:cs="Times New Roman"/>
              </w:rPr>
              <w:t>11</w:t>
            </w:r>
            <w:r>
              <w:rPr>
                <w:rFonts w:cs="Times New Roman"/>
              </w:rPr>
              <w:t>月至</w:t>
            </w:r>
            <w:r>
              <w:rPr>
                <w:rFonts w:cs="Times New Roman"/>
              </w:rPr>
              <w:t>2026</w:t>
            </w:r>
            <w:r>
              <w:rPr>
                <w:rFonts w:cs="Times New Roman"/>
              </w:rPr>
              <w:t>年</w:t>
            </w:r>
            <w:r>
              <w:rPr>
                <w:rFonts w:cs="Times New Roman"/>
              </w:rPr>
              <w:t>10</w:t>
            </w:r>
            <w:r>
              <w:rPr>
                <w:rFonts w:cs="Times New Roman"/>
              </w:rPr>
              <w:t>月</w:t>
            </w:r>
          </w:p>
        </w:tc>
      </w:tr>
      <w:tr w:rsidR="000B7CCE" w14:paraId="126E5149" w14:textId="77777777" w:rsidTr="008418E4">
        <w:trPr>
          <w:cantSplit/>
          <w:trHeight w:val="567"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4C880D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</w:rPr>
              <w:t>填表日期</w:t>
            </w:r>
            <w:proofErr w:type="spellEnd"/>
          </w:p>
        </w:tc>
        <w:tc>
          <w:tcPr>
            <w:tcW w:w="691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0C42E0" w14:textId="77777777" w:rsidR="000B7CCE" w:rsidRDefault="00000000">
            <w:pPr>
              <w:snapToGrid w:val="0"/>
              <w:spacing w:after="0" w:line="320" w:lineRule="exact"/>
              <w:jc w:val="center"/>
            </w:pPr>
            <w:r>
              <w:rPr>
                <w:rFonts w:cs="Times New Roman"/>
              </w:rPr>
              <w:t xml:space="preserve">　　年　月　日</w:t>
            </w:r>
          </w:p>
        </w:tc>
      </w:tr>
    </w:tbl>
    <w:p w14:paraId="4B59F634" w14:textId="77777777" w:rsidR="005F0C4E" w:rsidRDefault="005F0C4E">
      <w:pPr>
        <w:snapToGrid w:val="0"/>
        <w:jc w:val="center"/>
        <w:rPr>
          <w:rFonts w:cs="Times New Roman"/>
          <w:b/>
        </w:rPr>
        <w:sectPr w:rsidR="005F0C4E" w:rsidSect="00034616">
          <w:footerReference w:type="default" r:id="rId8"/>
          <w:pgSz w:w="11906" w:h="16838"/>
          <w:pgMar w:top="1191" w:right="1304" w:bottom="1134" w:left="1304" w:header="720" w:footer="567" w:gutter="0"/>
          <w:cols w:space="720"/>
          <w:docGrid w:linePitch="360"/>
        </w:sectPr>
      </w:pPr>
    </w:p>
    <w:p w14:paraId="2D31230E" w14:textId="77777777" w:rsidR="000B7CCE" w:rsidRDefault="00000000">
      <w:pPr>
        <w:snapToGrid w:val="0"/>
        <w:jc w:val="center"/>
      </w:pPr>
      <w:proofErr w:type="spellStart"/>
      <w:r>
        <w:rPr>
          <w:rFonts w:cs="Times New Roman"/>
          <w:b/>
        </w:rPr>
        <w:lastRenderedPageBreak/>
        <w:t>填写说明</w:t>
      </w:r>
      <w:proofErr w:type="spellEnd"/>
    </w:p>
    <w:p w14:paraId="511A9924" w14:textId="77777777" w:rsidR="000B7CCE" w:rsidRDefault="00000000">
      <w:pPr>
        <w:snapToGrid w:val="0"/>
        <w:rPr>
          <w:lang w:eastAsia="zh-CN"/>
        </w:rPr>
      </w:pPr>
      <w:r>
        <w:rPr>
          <w:rFonts w:cs="Times New Roman"/>
          <w:sz w:val="21"/>
          <w:lang w:eastAsia="zh-CN"/>
        </w:rPr>
        <w:t xml:space="preserve">1. </w:t>
      </w:r>
      <w:r>
        <w:rPr>
          <w:rFonts w:cs="Times New Roman"/>
          <w:sz w:val="21"/>
          <w:lang w:eastAsia="zh-CN"/>
        </w:rPr>
        <w:t>本报告应根据项目申请书、申请指南和实际签订的合同或任务书如实填写。</w:t>
      </w:r>
      <w:r>
        <w:rPr>
          <w:rFonts w:cs="Times New Roman"/>
          <w:sz w:val="21"/>
          <w:lang w:eastAsia="zh-CN"/>
        </w:rPr>
        <w:br/>
        <w:t xml:space="preserve">2. </w:t>
      </w:r>
      <w:r>
        <w:rPr>
          <w:rFonts w:cs="Times New Roman"/>
          <w:sz w:val="21"/>
          <w:lang w:eastAsia="zh-CN"/>
        </w:rPr>
        <w:t>结题材料包括本报告及论文、专利等成果证明。成果</w:t>
      </w:r>
      <w:proofErr w:type="gramStart"/>
      <w:r>
        <w:rPr>
          <w:rFonts w:cs="Times New Roman"/>
          <w:sz w:val="21"/>
          <w:lang w:eastAsia="zh-CN"/>
        </w:rPr>
        <w:t>证明按</w:t>
      </w:r>
      <w:proofErr w:type="gramEnd"/>
      <w:r>
        <w:rPr>
          <w:rFonts w:cs="Times New Roman"/>
          <w:sz w:val="21"/>
          <w:lang w:eastAsia="zh-CN"/>
        </w:rPr>
        <w:t>目录顺序附后。</w:t>
      </w:r>
      <w:r>
        <w:rPr>
          <w:rFonts w:cs="Times New Roman"/>
          <w:sz w:val="21"/>
          <w:lang w:eastAsia="zh-CN"/>
        </w:rPr>
        <w:br/>
        <w:t xml:space="preserve">3. </w:t>
      </w:r>
      <w:r>
        <w:rPr>
          <w:rFonts w:cs="Times New Roman"/>
          <w:sz w:val="21"/>
          <w:lang w:eastAsia="zh-CN"/>
        </w:rPr>
        <w:t>电子版通过形式审查后再办理签字盖章。表格行数可根据实际情况增减。</w:t>
      </w:r>
    </w:p>
    <w:p w14:paraId="0471D7BE" w14:textId="77777777" w:rsidR="000B7CCE" w:rsidRDefault="00000000">
      <w:pPr>
        <w:snapToGrid w:val="0"/>
        <w:rPr>
          <w:lang w:eastAsia="zh-CN"/>
        </w:rPr>
      </w:pPr>
      <w:r>
        <w:rPr>
          <w:rFonts w:cs="Times New Roman"/>
          <w:lang w:eastAsia="zh-CN"/>
        </w:rPr>
        <w:br w:type="page"/>
      </w:r>
    </w:p>
    <w:p w14:paraId="1E6E4973" w14:textId="77777777" w:rsidR="000B7CCE" w:rsidRDefault="00000000">
      <w:pPr>
        <w:pStyle w:val="1"/>
        <w:snapToGrid w:val="0"/>
        <w:rPr>
          <w:rFonts w:ascii="Times New Roman" w:eastAsia="宋体" w:hAnsi="Times New Roman" w:cs="Times New Roman"/>
          <w:lang w:eastAsia="zh-CN"/>
        </w:rPr>
      </w:pPr>
      <w:r>
        <w:rPr>
          <w:rFonts w:ascii="Times New Roman" w:eastAsia="宋体" w:hAnsi="Times New Roman" w:cs="Times New Roman"/>
          <w:lang w:eastAsia="zh-CN"/>
        </w:rPr>
        <w:lastRenderedPageBreak/>
        <w:t>一、项目基本情况</w:t>
      </w:r>
    </w:p>
    <w:tbl>
      <w:tblPr>
        <w:tblW w:w="10050" w:type="dxa"/>
        <w:tblLayout w:type="fixed"/>
        <w:tblLook w:val="04A0" w:firstRow="1" w:lastRow="0" w:firstColumn="1" w:lastColumn="0" w:noHBand="0" w:noVBand="1"/>
      </w:tblPr>
      <w:tblGrid>
        <w:gridCol w:w="588"/>
        <w:gridCol w:w="1474"/>
        <w:gridCol w:w="2660"/>
        <w:gridCol w:w="1269"/>
        <w:gridCol w:w="1501"/>
        <w:gridCol w:w="1035"/>
        <w:gridCol w:w="1523"/>
      </w:tblGrid>
      <w:tr w:rsidR="005F0C4E" w:rsidRPr="005F0C4E" w14:paraId="1ABE9243" w14:textId="77777777" w:rsidTr="005F0C4E">
        <w:trPr>
          <w:trHeight w:val="454"/>
        </w:trPr>
        <w:tc>
          <w:tcPr>
            <w:tcW w:w="5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3BF080" w14:textId="77777777" w:rsidR="005F0C4E" w:rsidRPr="005F0C4E" w:rsidRDefault="005F0C4E" w:rsidP="005F0C4E">
            <w:pPr>
              <w:rPr>
                <w:lang w:eastAsia="zh-CN"/>
              </w:rPr>
            </w:pPr>
            <w:r w:rsidRPr="005F0C4E">
              <w:rPr>
                <w:rFonts w:hint="eastAsia"/>
                <w:lang w:eastAsia="zh-CN"/>
              </w:rPr>
              <w:t>课题信息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861606" w14:textId="77777777" w:rsidR="005F0C4E" w:rsidRPr="005F0C4E" w:rsidRDefault="005F0C4E" w:rsidP="005F0C4E">
            <w:pPr>
              <w:rPr>
                <w:lang w:eastAsia="zh-CN"/>
              </w:rPr>
            </w:pPr>
            <w:r w:rsidRPr="005F0C4E">
              <w:rPr>
                <w:rFonts w:hint="eastAsia"/>
                <w:lang w:eastAsia="zh-CN"/>
              </w:rPr>
              <w:t>课题名称</w:t>
            </w:r>
          </w:p>
        </w:tc>
        <w:tc>
          <w:tcPr>
            <w:tcW w:w="79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07AE83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</w:tr>
      <w:tr w:rsidR="005F0C4E" w:rsidRPr="005F0C4E" w14:paraId="0D097BBD" w14:textId="77777777" w:rsidTr="005F0C4E">
        <w:trPr>
          <w:trHeight w:val="454"/>
        </w:trPr>
        <w:tc>
          <w:tcPr>
            <w:tcW w:w="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FDD06F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31FFB9" w14:textId="77777777" w:rsidR="005F0C4E" w:rsidRPr="005F0C4E" w:rsidRDefault="005F0C4E" w:rsidP="005F0C4E">
            <w:pPr>
              <w:rPr>
                <w:lang w:eastAsia="zh-CN"/>
              </w:rPr>
            </w:pPr>
            <w:r w:rsidRPr="005F0C4E">
              <w:rPr>
                <w:rFonts w:hint="eastAsia"/>
                <w:lang w:eastAsia="zh-CN"/>
              </w:rPr>
              <w:t>获</w:t>
            </w:r>
            <w:proofErr w:type="gramStart"/>
            <w:r w:rsidRPr="005F0C4E">
              <w:rPr>
                <w:rFonts w:hint="eastAsia"/>
                <w:lang w:eastAsia="zh-CN"/>
              </w:rPr>
              <w:t>批金额</w:t>
            </w:r>
            <w:proofErr w:type="gramEnd"/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2C4E65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C87201" w14:textId="77777777" w:rsidR="005F0C4E" w:rsidRPr="005F0C4E" w:rsidRDefault="005F0C4E" w:rsidP="005F0C4E">
            <w:pPr>
              <w:rPr>
                <w:lang w:eastAsia="zh-CN"/>
              </w:rPr>
            </w:pPr>
            <w:r w:rsidRPr="005F0C4E">
              <w:rPr>
                <w:rFonts w:hint="eastAsia"/>
                <w:lang w:eastAsia="zh-CN"/>
              </w:rPr>
              <w:t>起止时间</w:t>
            </w:r>
          </w:p>
        </w:tc>
        <w:tc>
          <w:tcPr>
            <w:tcW w:w="40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CA46C4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</w:tr>
      <w:tr w:rsidR="005F0C4E" w:rsidRPr="005F0C4E" w14:paraId="2C224359" w14:textId="77777777" w:rsidTr="005F0C4E">
        <w:trPr>
          <w:trHeight w:val="454"/>
        </w:trPr>
        <w:tc>
          <w:tcPr>
            <w:tcW w:w="5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DCAD6B" w14:textId="77777777" w:rsidR="005F0C4E" w:rsidRPr="005F0C4E" w:rsidRDefault="005F0C4E" w:rsidP="005F0C4E">
            <w:pPr>
              <w:rPr>
                <w:lang w:eastAsia="zh-CN"/>
              </w:rPr>
            </w:pPr>
            <w:r w:rsidRPr="005F0C4E">
              <w:rPr>
                <w:rFonts w:hint="eastAsia"/>
                <w:lang w:eastAsia="zh-CN"/>
              </w:rPr>
              <w:t>课题负责人信息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F5BEB6" w14:textId="77777777" w:rsidR="005F0C4E" w:rsidRPr="005F0C4E" w:rsidRDefault="005F0C4E" w:rsidP="005F0C4E">
            <w:pPr>
              <w:rPr>
                <w:lang w:eastAsia="zh-CN"/>
              </w:rPr>
            </w:pPr>
            <w:r w:rsidRPr="005F0C4E">
              <w:rPr>
                <w:rFonts w:hint="eastAsia"/>
                <w:lang w:eastAsia="zh-CN"/>
              </w:rPr>
              <w:t>姓</w:t>
            </w:r>
            <w:r w:rsidRPr="005F0C4E">
              <w:rPr>
                <w:rFonts w:hint="eastAsia"/>
                <w:lang w:eastAsia="zh-CN"/>
              </w:rPr>
              <w:t xml:space="preserve">    </w:t>
            </w:r>
            <w:r w:rsidRPr="005F0C4E">
              <w:rPr>
                <w:rFonts w:hint="eastAsia"/>
                <w:lang w:eastAsia="zh-CN"/>
              </w:rPr>
              <w:t>名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A2019D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24D867" w14:textId="77777777" w:rsidR="005F0C4E" w:rsidRPr="005F0C4E" w:rsidRDefault="005F0C4E" w:rsidP="005F0C4E">
            <w:pPr>
              <w:rPr>
                <w:lang w:eastAsia="zh-CN"/>
              </w:rPr>
            </w:pPr>
            <w:r w:rsidRPr="005F0C4E">
              <w:rPr>
                <w:rFonts w:hint="eastAsia"/>
                <w:lang w:eastAsia="zh-CN"/>
              </w:rPr>
              <w:t>性</w:t>
            </w:r>
            <w:r w:rsidRPr="005F0C4E">
              <w:rPr>
                <w:rFonts w:hint="eastAsia"/>
                <w:lang w:eastAsia="zh-CN"/>
              </w:rPr>
              <w:t xml:space="preserve">   </w:t>
            </w:r>
            <w:r w:rsidRPr="005F0C4E">
              <w:rPr>
                <w:rFonts w:hint="eastAsia"/>
                <w:lang w:eastAsia="zh-CN"/>
              </w:rPr>
              <w:t>别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8E9E43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5A6F0A" w14:textId="77777777" w:rsidR="005F0C4E" w:rsidRPr="005F0C4E" w:rsidRDefault="005F0C4E" w:rsidP="005F0C4E">
            <w:pPr>
              <w:rPr>
                <w:lang w:eastAsia="zh-CN"/>
              </w:rPr>
            </w:pPr>
            <w:r w:rsidRPr="005F0C4E">
              <w:rPr>
                <w:rFonts w:hint="eastAsia"/>
                <w:lang w:eastAsia="zh-CN"/>
              </w:rPr>
              <w:t>民</w:t>
            </w:r>
            <w:r w:rsidRPr="005F0C4E">
              <w:rPr>
                <w:rFonts w:hint="eastAsia"/>
                <w:lang w:eastAsia="zh-CN"/>
              </w:rPr>
              <w:t xml:space="preserve">   </w:t>
            </w:r>
            <w:r w:rsidRPr="005F0C4E">
              <w:rPr>
                <w:rFonts w:hint="eastAsia"/>
                <w:lang w:eastAsia="zh-CN"/>
              </w:rPr>
              <w:t>族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62D8C1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</w:tr>
      <w:tr w:rsidR="005F0C4E" w:rsidRPr="005F0C4E" w14:paraId="0B1B6033" w14:textId="77777777" w:rsidTr="005F0C4E">
        <w:trPr>
          <w:trHeight w:val="454"/>
        </w:trPr>
        <w:tc>
          <w:tcPr>
            <w:tcW w:w="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7E8200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4E1D94" w14:textId="77777777" w:rsidR="005F0C4E" w:rsidRPr="005F0C4E" w:rsidRDefault="005F0C4E" w:rsidP="005F0C4E">
            <w:pPr>
              <w:rPr>
                <w:lang w:eastAsia="zh-CN"/>
              </w:rPr>
            </w:pPr>
            <w:r w:rsidRPr="005F0C4E">
              <w:rPr>
                <w:rFonts w:hint="eastAsia"/>
                <w:lang w:eastAsia="zh-CN"/>
              </w:rPr>
              <w:t>出生年月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D19FF7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F2A177" w14:textId="77777777" w:rsidR="005F0C4E" w:rsidRPr="005F0C4E" w:rsidRDefault="005F0C4E" w:rsidP="005F0C4E">
            <w:pPr>
              <w:rPr>
                <w:lang w:eastAsia="zh-CN"/>
              </w:rPr>
            </w:pPr>
            <w:r w:rsidRPr="005F0C4E">
              <w:rPr>
                <w:rFonts w:hint="eastAsia"/>
                <w:lang w:eastAsia="zh-CN"/>
              </w:rPr>
              <w:t>从事专业</w:t>
            </w:r>
          </w:p>
        </w:tc>
        <w:tc>
          <w:tcPr>
            <w:tcW w:w="40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295129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</w:tr>
      <w:tr w:rsidR="005F0C4E" w:rsidRPr="005F0C4E" w14:paraId="1DA9E8CC" w14:textId="77777777" w:rsidTr="005F0C4E">
        <w:trPr>
          <w:trHeight w:val="454"/>
        </w:trPr>
        <w:tc>
          <w:tcPr>
            <w:tcW w:w="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4630E3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CE3C53" w14:textId="77777777" w:rsidR="005F0C4E" w:rsidRPr="005F0C4E" w:rsidRDefault="005F0C4E" w:rsidP="005F0C4E">
            <w:pPr>
              <w:rPr>
                <w:lang w:eastAsia="zh-CN"/>
              </w:rPr>
            </w:pPr>
            <w:r w:rsidRPr="005F0C4E">
              <w:rPr>
                <w:rFonts w:hint="eastAsia"/>
                <w:lang w:eastAsia="zh-CN"/>
              </w:rPr>
              <w:t>职</w:t>
            </w:r>
            <w:r w:rsidRPr="005F0C4E">
              <w:rPr>
                <w:rFonts w:hint="eastAsia"/>
                <w:lang w:eastAsia="zh-CN"/>
              </w:rPr>
              <w:t xml:space="preserve">    </w:t>
            </w:r>
            <w:r w:rsidRPr="005F0C4E">
              <w:rPr>
                <w:rFonts w:hint="eastAsia"/>
                <w:lang w:eastAsia="zh-CN"/>
              </w:rPr>
              <w:t>称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ECF70C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CE585C" w14:textId="77777777" w:rsidR="005F0C4E" w:rsidRPr="005F0C4E" w:rsidRDefault="005F0C4E" w:rsidP="005F0C4E">
            <w:pPr>
              <w:rPr>
                <w:lang w:eastAsia="zh-CN"/>
              </w:rPr>
            </w:pPr>
            <w:r w:rsidRPr="005F0C4E">
              <w:rPr>
                <w:rFonts w:hint="eastAsia"/>
                <w:lang w:eastAsia="zh-CN"/>
              </w:rPr>
              <w:t>学</w:t>
            </w:r>
            <w:r w:rsidRPr="005F0C4E">
              <w:rPr>
                <w:rFonts w:hint="eastAsia"/>
                <w:lang w:eastAsia="zh-CN"/>
              </w:rPr>
              <w:t xml:space="preserve">    </w:t>
            </w:r>
            <w:r w:rsidRPr="005F0C4E">
              <w:rPr>
                <w:rFonts w:hint="eastAsia"/>
                <w:lang w:eastAsia="zh-CN"/>
              </w:rPr>
              <w:t>历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208276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39B5D2" w14:textId="77777777" w:rsidR="005F0C4E" w:rsidRPr="005F0C4E" w:rsidRDefault="005F0C4E" w:rsidP="005F0C4E">
            <w:pPr>
              <w:rPr>
                <w:lang w:eastAsia="zh-CN"/>
              </w:rPr>
            </w:pPr>
            <w:r w:rsidRPr="005F0C4E">
              <w:rPr>
                <w:rFonts w:hint="eastAsia"/>
                <w:lang w:eastAsia="zh-CN"/>
              </w:rPr>
              <w:t>学</w:t>
            </w:r>
            <w:r w:rsidRPr="005F0C4E">
              <w:rPr>
                <w:rFonts w:hint="eastAsia"/>
                <w:lang w:eastAsia="zh-CN"/>
              </w:rPr>
              <w:t xml:space="preserve">   </w:t>
            </w:r>
            <w:r w:rsidRPr="005F0C4E">
              <w:rPr>
                <w:rFonts w:hint="eastAsia"/>
                <w:lang w:eastAsia="zh-CN"/>
              </w:rPr>
              <w:t>位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0101AC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</w:tr>
      <w:tr w:rsidR="005F0C4E" w:rsidRPr="005F0C4E" w14:paraId="33298B08" w14:textId="77777777" w:rsidTr="005F0C4E">
        <w:trPr>
          <w:trHeight w:val="454"/>
        </w:trPr>
        <w:tc>
          <w:tcPr>
            <w:tcW w:w="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548E43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E26400" w14:textId="77777777" w:rsidR="005F0C4E" w:rsidRPr="005F0C4E" w:rsidRDefault="005F0C4E" w:rsidP="005F0C4E">
            <w:pPr>
              <w:rPr>
                <w:lang w:eastAsia="zh-CN"/>
              </w:rPr>
            </w:pPr>
            <w:r w:rsidRPr="005F0C4E">
              <w:rPr>
                <w:rFonts w:hint="eastAsia"/>
                <w:lang w:eastAsia="zh-CN"/>
              </w:rPr>
              <w:t>工作单位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232EA9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C2015B" w14:textId="77777777" w:rsidR="005F0C4E" w:rsidRPr="005F0C4E" w:rsidRDefault="005F0C4E" w:rsidP="005F0C4E">
            <w:pPr>
              <w:rPr>
                <w:lang w:eastAsia="zh-CN"/>
              </w:rPr>
            </w:pPr>
            <w:r w:rsidRPr="005F0C4E">
              <w:rPr>
                <w:rFonts w:hint="eastAsia"/>
                <w:lang w:eastAsia="zh-CN"/>
              </w:rPr>
              <w:t>邮政编码</w:t>
            </w:r>
          </w:p>
        </w:tc>
        <w:tc>
          <w:tcPr>
            <w:tcW w:w="40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BAD27A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</w:tr>
      <w:tr w:rsidR="005F0C4E" w:rsidRPr="005F0C4E" w14:paraId="0DD8764C" w14:textId="77777777" w:rsidTr="005F0C4E">
        <w:trPr>
          <w:trHeight w:val="454"/>
        </w:trPr>
        <w:tc>
          <w:tcPr>
            <w:tcW w:w="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C77D5C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2108E4" w14:textId="77777777" w:rsidR="005F0C4E" w:rsidRPr="005F0C4E" w:rsidRDefault="005F0C4E" w:rsidP="005F0C4E">
            <w:pPr>
              <w:rPr>
                <w:lang w:eastAsia="zh-CN"/>
              </w:rPr>
            </w:pPr>
            <w:r w:rsidRPr="005F0C4E">
              <w:rPr>
                <w:rFonts w:hint="eastAsia"/>
                <w:lang w:eastAsia="zh-CN"/>
              </w:rPr>
              <w:t>联系电话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5EDDD6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710767" w14:textId="77777777" w:rsidR="005F0C4E" w:rsidRPr="005F0C4E" w:rsidRDefault="005F0C4E" w:rsidP="005F0C4E">
            <w:pPr>
              <w:rPr>
                <w:lang w:eastAsia="zh-CN"/>
              </w:rPr>
            </w:pPr>
            <w:r w:rsidRPr="005F0C4E">
              <w:rPr>
                <w:rFonts w:hint="eastAsia"/>
                <w:lang w:eastAsia="zh-CN"/>
              </w:rPr>
              <w:t>E-mail</w:t>
            </w:r>
          </w:p>
        </w:tc>
        <w:tc>
          <w:tcPr>
            <w:tcW w:w="40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35B7CA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</w:tr>
      <w:tr w:rsidR="005F0C4E" w:rsidRPr="005F0C4E" w14:paraId="659250DD" w14:textId="77777777" w:rsidTr="005F0C4E">
        <w:trPr>
          <w:trHeight w:val="454"/>
        </w:trPr>
        <w:tc>
          <w:tcPr>
            <w:tcW w:w="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3EFC64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65620E" w14:textId="77777777" w:rsidR="005F0C4E" w:rsidRPr="005F0C4E" w:rsidRDefault="005F0C4E" w:rsidP="005F0C4E">
            <w:pPr>
              <w:rPr>
                <w:lang w:eastAsia="zh-CN"/>
              </w:rPr>
            </w:pPr>
            <w:r w:rsidRPr="005F0C4E">
              <w:rPr>
                <w:rFonts w:hint="eastAsia"/>
                <w:lang w:eastAsia="zh-CN"/>
              </w:rPr>
              <w:t>通讯地址</w:t>
            </w:r>
          </w:p>
        </w:tc>
        <w:tc>
          <w:tcPr>
            <w:tcW w:w="79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6F8D73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</w:tr>
    </w:tbl>
    <w:p w14:paraId="60FBF334" w14:textId="1DE161D8" w:rsidR="005F0C4E" w:rsidRPr="005F0C4E" w:rsidRDefault="005F0C4E" w:rsidP="005F0C4E">
      <w:pPr>
        <w:pStyle w:val="1"/>
        <w:snapToGrid w:val="0"/>
        <w:rPr>
          <w:rFonts w:ascii="Times New Roman" w:eastAsia="宋体" w:hAnsi="Times New Roman" w:cs="Times New Roman"/>
          <w:lang w:eastAsia="zh-CN"/>
        </w:rPr>
      </w:pPr>
      <w:r>
        <w:rPr>
          <w:rFonts w:ascii="Times New Roman" w:eastAsia="宋体" w:hAnsi="Times New Roman" w:cs="Times New Roman" w:hint="eastAsia"/>
          <w:lang w:eastAsia="zh-CN"/>
        </w:rPr>
        <w:t>二、</w:t>
      </w:r>
      <w:r w:rsidRPr="005F0C4E">
        <w:rPr>
          <w:rFonts w:ascii="Times New Roman" w:eastAsia="宋体" w:hAnsi="Times New Roman" w:cs="Times New Roman" w:hint="eastAsia"/>
          <w:lang w:eastAsia="zh-CN"/>
        </w:rPr>
        <w:t>课题成员</w:t>
      </w: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840"/>
        <w:gridCol w:w="592"/>
        <w:gridCol w:w="1276"/>
        <w:gridCol w:w="850"/>
        <w:gridCol w:w="992"/>
        <w:gridCol w:w="2267"/>
        <w:gridCol w:w="2267"/>
        <w:gridCol w:w="951"/>
      </w:tblGrid>
      <w:tr w:rsidR="005F0C4E" w:rsidRPr="005F0C4E" w14:paraId="0B0F10F6" w14:textId="77777777" w:rsidTr="005F0C4E">
        <w:trPr>
          <w:trHeight w:val="629"/>
          <w:tblHeader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25CA2F" w14:textId="77777777" w:rsidR="005F0C4E" w:rsidRPr="005F0C4E" w:rsidRDefault="005F0C4E" w:rsidP="005F0C4E">
            <w:pPr>
              <w:rPr>
                <w:lang w:eastAsia="zh-CN"/>
              </w:rPr>
            </w:pPr>
            <w:r w:rsidRPr="005F0C4E">
              <w:rPr>
                <w:rFonts w:hint="eastAsia"/>
                <w:lang w:eastAsia="zh-CN"/>
              </w:rPr>
              <w:t>姓</w:t>
            </w:r>
            <w:r w:rsidRPr="005F0C4E">
              <w:rPr>
                <w:rFonts w:hint="eastAsia"/>
                <w:lang w:eastAsia="zh-CN"/>
              </w:rPr>
              <w:t xml:space="preserve"> </w:t>
            </w:r>
            <w:r w:rsidRPr="005F0C4E">
              <w:rPr>
                <w:rFonts w:hint="eastAsia"/>
                <w:lang w:eastAsia="zh-CN"/>
              </w:rPr>
              <w:t>名</w:t>
            </w: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CA560C" w14:textId="77777777" w:rsidR="005F0C4E" w:rsidRPr="005F0C4E" w:rsidRDefault="005F0C4E" w:rsidP="005F0C4E">
            <w:pPr>
              <w:rPr>
                <w:lang w:eastAsia="zh-CN"/>
              </w:rPr>
            </w:pPr>
            <w:r w:rsidRPr="005F0C4E">
              <w:rPr>
                <w:rFonts w:hint="eastAsia"/>
                <w:lang w:eastAsia="zh-CN"/>
              </w:rPr>
              <w:t>性别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53F68F" w14:textId="77777777" w:rsidR="005F0C4E" w:rsidRPr="005F0C4E" w:rsidRDefault="005F0C4E" w:rsidP="005F0C4E">
            <w:pPr>
              <w:rPr>
                <w:lang w:eastAsia="zh-CN"/>
              </w:rPr>
            </w:pPr>
            <w:r w:rsidRPr="005F0C4E">
              <w:rPr>
                <w:rFonts w:hint="eastAsia"/>
                <w:lang w:eastAsia="zh-CN"/>
              </w:rPr>
              <w:t>出生年月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268A84" w14:textId="77777777" w:rsidR="005F0C4E" w:rsidRPr="005F0C4E" w:rsidRDefault="005F0C4E" w:rsidP="005F0C4E">
            <w:pPr>
              <w:rPr>
                <w:lang w:eastAsia="zh-CN"/>
              </w:rPr>
            </w:pPr>
            <w:r w:rsidRPr="005F0C4E">
              <w:rPr>
                <w:rFonts w:hint="eastAsia"/>
                <w:lang w:eastAsia="zh-CN"/>
              </w:rPr>
              <w:t>职称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9CB720" w14:textId="77777777" w:rsidR="005F0C4E" w:rsidRPr="005F0C4E" w:rsidRDefault="005F0C4E" w:rsidP="005F0C4E">
            <w:pPr>
              <w:rPr>
                <w:lang w:eastAsia="zh-CN"/>
              </w:rPr>
            </w:pPr>
            <w:r w:rsidRPr="005F0C4E">
              <w:rPr>
                <w:rFonts w:hint="eastAsia"/>
                <w:lang w:eastAsia="zh-CN"/>
              </w:rPr>
              <w:t>学位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2A4A46" w14:textId="77777777" w:rsidR="005F0C4E" w:rsidRPr="005F0C4E" w:rsidRDefault="005F0C4E" w:rsidP="005F0C4E">
            <w:pPr>
              <w:rPr>
                <w:lang w:eastAsia="zh-CN"/>
              </w:rPr>
            </w:pPr>
            <w:r w:rsidRPr="005F0C4E">
              <w:rPr>
                <w:rFonts w:hint="eastAsia"/>
                <w:lang w:eastAsia="zh-CN"/>
              </w:rPr>
              <w:t>工作单位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703ED1" w14:textId="77777777" w:rsidR="005F0C4E" w:rsidRPr="005F0C4E" w:rsidRDefault="005F0C4E" w:rsidP="005F0C4E">
            <w:pPr>
              <w:rPr>
                <w:lang w:eastAsia="zh-CN"/>
              </w:rPr>
            </w:pPr>
            <w:r w:rsidRPr="005F0C4E">
              <w:rPr>
                <w:rFonts w:hint="eastAsia"/>
                <w:lang w:eastAsia="zh-CN"/>
              </w:rPr>
              <w:t>项目分工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26942B" w14:textId="77777777" w:rsidR="005F0C4E" w:rsidRPr="005F0C4E" w:rsidRDefault="005F0C4E" w:rsidP="005F0C4E">
            <w:pPr>
              <w:rPr>
                <w:lang w:eastAsia="zh-CN"/>
              </w:rPr>
            </w:pPr>
            <w:r w:rsidRPr="005F0C4E">
              <w:rPr>
                <w:rFonts w:hint="eastAsia"/>
                <w:lang w:eastAsia="zh-CN"/>
              </w:rPr>
              <w:t>签名</w:t>
            </w:r>
          </w:p>
        </w:tc>
      </w:tr>
      <w:tr w:rsidR="005F0C4E" w:rsidRPr="005F0C4E" w14:paraId="61FD8B34" w14:textId="77777777" w:rsidTr="005F0C4E">
        <w:trPr>
          <w:trHeight w:val="680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0A70F3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9C1457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C4FCF5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293B69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D92760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C86E02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311E49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63D561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</w:tr>
      <w:tr w:rsidR="005F0C4E" w:rsidRPr="005F0C4E" w14:paraId="38B2FDB5" w14:textId="77777777" w:rsidTr="005F0C4E">
        <w:trPr>
          <w:trHeight w:val="680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D24718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FE5190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8BE617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06E5F6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B0CD89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C9B8F7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C9CC0C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A5CCEB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</w:tr>
      <w:tr w:rsidR="005F0C4E" w:rsidRPr="005F0C4E" w14:paraId="51F2D260" w14:textId="77777777" w:rsidTr="005F0C4E">
        <w:trPr>
          <w:trHeight w:val="680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BBD448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CBAB97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82AD1B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3791D7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E2C551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B87097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C44B97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94A7B7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</w:tr>
      <w:tr w:rsidR="005F0C4E" w:rsidRPr="005F0C4E" w14:paraId="3573F95F" w14:textId="77777777" w:rsidTr="005F0C4E">
        <w:trPr>
          <w:trHeight w:val="680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7D7DDF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52BB6A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EC9E76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87DD40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3FA58F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BF3977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0C4DE4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14FE7D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</w:tr>
      <w:tr w:rsidR="005F0C4E" w:rsidRPr="005F0C4E" w14:paraId="15253FB6" w14:textId="77777777" w:rsidTr="005F0C4E">
        <w:trPr>
          <w:trHeight w:val="680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328402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FF1A0A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96DF41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FF907C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56D703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83727E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CC34E6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162F66" w14:textId="77777777" w:rsidR="005F0C4E" w:rsidRPr="005F0C4E" w:rsidRDefault="005F0C4E" w:rsidP="005F0C4E">
            <w:pPr>
              <w:rPr>
                <w:lang w:eastAsia="zh-CN"/>
              </w:rPr>
            </w:pPr>
          </w:p>
        </w:tc>
      </w:tr>
    </w:tbl>
    <w:p w14:paraId="76421EE6" w14:textId="4DCC1351" w:rsidR="000B7CCE" w:rsidRDefault="005F0C4E">
      <w:pPr>
        <w:pStyle w:val="1"/>
        <w:snapToGrid w:val="0"/>
        <w:rPr>
          <w:lang w:eastAsia="zh-CN"/>
        </w:rPr>
      </w:pPr>
      <w:r>
        <w:rPr>
          <w:rFonts w:ascii="Times New Roman" w:eastAsia="宋体" w:hAnsi="Times New Roman" w:cs="Times New Roman" w:hint="eastAsia"/>
          <w:lang w:eastAsia="zh-CN"/>
        </w:rPr>
        <w:t>三</w:t>
      </w:r>
      <w:r>
        <w:rPr>
          <w:rFonts w:ascii="Times New Roman" w:eastAsia="宋体" w:hAnsi="Times New Roman" w:cs="Times New Roman"/>
          <w:lang w:eastAsia="zh-CN"/>
        </w:rPr>
        <w:t>、研究工作总结</w:t>
      </w:r>
    </w:p>
    <w:p w14:paraId="61A86074" w14:textId="77777777" w:rsidR="000B7CCE" w:rsidRDefault="00000000">
      <w:pPr>
        <w:snapToGrid w:val="0"/>
      </w:pPr>
      <w:r>
        <w:rPr>
          <w:rFonts w:cs="Times New Roman"/>
          <w:sz w:val="21"/>
          <w:lang w:eastAsia="zh-CN"/>
        </w:rPr>
        <w:t>简要说明研究目标、主要研究内容、技术路线、重要进展和结论，以及项目实施过程中需要说明的情况。</w:t>
      </w:r>
      <w:r>
        <w:rPr>
          <w:rFonts w:cs="Times New Roman"/>
          <w:sz w:val="21"/>
        </w:rPr>
        <w:t>建议不超过</w:t>
      </w:r>
      <w:r>
        <w:rPr>
          <w:rFonts w:cs="Times New Roman"/>
          <w:sz w:val="21"/>
        </w:rPr>
        <w:t>2000</w:t>
      </w:r>
      <w:r>
        <w:rPr>
          <w:rFonts w:cs="Times New Roman"/>
          <w:sz w:val="21"/>
        </w:rPr>
        <w:t>字。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98"/>
      </w:tblGrid>
      <w:tr w:rsidR="000B7CCE" w14:paraId="0FE62822" w14:textId="77777777" w:rsidTr="005F0C4E">
        <w:trPr>
          <w:cantSplit/>
          <w:trHeight w:val="5102"/>
          <w:jc w:val="center"/>
        </w:trPr>
        <w:tc>
          <w:tcPr>
            <w:tcW w:w="929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892892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</w:tbl>
    <w:p w14:paraId="0B9E5195" w14:textId="2C96C3D9" w:rsidR="000B7CCE" w:rsidRDefault="000B7CCE">
      <w:pPr>
        <w:snapToGrid w:val="0"/>
      </w:pPr>
    </w:p>
    <w:p w14:paraId="53AC8191" w14:textId="5B4CCE64" w:rsidR="000B7CCE" w:rsidRDefault="005F0C4E">
      <w:pPr>
        <w:pStyle w:val="1"/>
        <w:snapToGrid w:val="0"/>
        <w:rPr>
          <w:lang w:eastAsia="zh-CN"/>
        </w:rPr>
      </w:pPr>
      <w:r>
        <w:rPr>
          <w:rFonts w:ascii="Times New Roman" w:eastAsia="宋体" w:hAnsi="Times New Roman" w:cs="Times New Roman" w:hint="eastAsia"/>
          <w:lang w:eastAsia="zh-CN"/>
        </w:rPr>
        <w:t>四</w:t>
      </w:r>
      <w:r>
        <w:rPr>
          <w:rFonts w:ascii="Times New Roman" w:eastAsia="宋体" w:hAnsi="Times New Roman" w:cs="Times New Roman"/>
          <w:lang w:eastAsia="zh-CN"/>
        </w:rPr>
        <w:t>、研究任务和考核指标完成情况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3628"/>
        <w:gridCol w:w="3288"/>
        <w:gridCol w:w="1701"/>
      </w:tblGrid>
      <w:tr w:rsidR="000B7CCE" w14:paraId="031AF352" w14:textId="77777777" w:rsidTr="005F0C4E">
        <w:trPr>
          <w:cantSplit/>
          <w:tblHeader/>
          <w:jc w:val="center"/>
        </w:trPr>
        <w:tc>
          <w:tcPr>
            <w:tcW w:w="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F3799C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  <w:b/>
                <w:sz w:val="21"/>
              </w:rPr>
              <w:t>序号</w:t>
            </w:r>
            <w:proofErr w:type="spellEnd"/>
          </w:p>
        </w:tc>
        <w:tc>
          <w:tcPr>
            <w:tcW w:w="36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8D18A8" w14:textId="77777777" w:rsidR="000B7CCE" w:rsidRDefault="00000000">
            <w:pPr>
              <w:snapToGrid w:val="0"/>
              <w:spacing w:after="0" w:line="320" w:lineRule="exact"/>
              <w:rPr>
                <w:lang w:eastAsia="zh-CN"/>
              </w:rPr>
            </w:pPr>
            <w:r>
              <w:rPr>
                <w:rFonts w:cs="Times New Roman"/>
                <w:b/>
                <w:sz w:val="21"/>
                <w:lang w:eastAsia="zh-CN"/>
              </w:rPr>
              <w:t>申请书或合同约定的任务及指标</w:t>
            </w:r>
          </w:p>
        </w:tc>
        <w:tc>
          <w:tcPr>
            <w:tcW w:w="32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F7CDB5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  <w:b/>
                <w:sz w:val="21"/>
              </w:rPr>
              <w:t>实际完成情况</w:t>
            </w:r>
            <w:proofErr w:type="spellEnd"/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9B6914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  <w:b/>
                <w:sz w:val="21"/>
              </w:rPr>
              <w:t>证明材料编号</w:t>
            </w:r>
            <w:proofErr w:type="spellEnd"/>
          </w:p>
        </w:tc>
      </w:tr>
      <w:tr w:rsidR="000B7CCE" w14:paraId="263A61E9" w14:textId="77777777" w:rsidTr="005F0C4E">
        <w:trPr>
          <w:cantSplit/>
          <w:trHeight w:val="907"/>
          <w:jc w:val="center"/>
        </w:trPr>
        <w:tc>
          <w:tcPr>
            <w:tcW w:w="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F5361B" w14:textId="77777777" w:rsidR="000B7CCE" w:rsidRDefault="00000000">
            <w:pPr>
              <w:snapToGrid w:val="0"/>
              <w:spacing w:after="0" w:line="320" w:lineRule="exact"/>
              <w:jc w:val="center"/>
            </w:pPr>
            <w:r>
              <w:rPr>
                <w:rFonts w:cs="Times New Roman"/>
                <w:sz w:val="21"/>
              </w:rPr>
              <w:t>1</w:t>
            </w:r>
          </w:p>
        </w:tc>
        <w:tc>
          <w:tcPr>
            <w:tcW w:w="36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296ED2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32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8D43EE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73F2E7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  <w:tr w:rsidR="000B7CCE" w14:paraId="65DB736B" w14:textId="77777777" w:rsidTr="005F0C4E">
        <w:trPr>
          <w:cantSplit/>
          <w:trHeight w:val="907"/>
          <w:jc w:val="center"/>
        </w:trPr>
        <w:tc>
          <w:tcPr>
            <w:tcW w:w="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CAE0E4" w14:textId="77777777" w:rsidR="000B7CCE" w:rsidRDefault="00000000">
            <w:pPr>
              <w:snapToGrid w:val="0"/>
              <w:spacing w:after="0" w:line="320" w:lineRule="exact"/>
              <w:jc w:val="center"/>
            </w:pPr>
            <w:r>
              <w:rPr>
                <w:rFonts w:cs="Times New Roman"/>
                <w:sz w:val="21"/>
              </w:rPr>
              <w:t>2</w:t>
            </w:r>
          </w:p>
        </w:tc>
        <w:tc>
          <w:tcPr>
            <w:tcW w:w="36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225BFB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32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2F54CB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D4DAD2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  <w:tr w:rsidR="000B7CCE" w14:paraId="7CF73B6A" w14:textId="77777777" w:rsidTr="005F0C4E">
        <w:trPr>
          <w:cantSplit/>
          <w:trHeight w:val="907"/>
          <w:jc w:val="center"/>
        </w:trPr>
        <w:tc>
          <w:tcPr>
            <w:tcW w:w="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E7B480" w14:textId="77777777" w:rsidR="000B7CCE" w:rsidRDefault="00000000">
            <w:pPr>
              <w:snapToGrid w:val="0"/>
              <w:spacing w:after="0" w:line="320" w:lineRule="exact"/>
              <w:jc w:val="center"/>
            </w:pPr>
            <w:r>
              <w:rPr>
                <w:rFonts w:cs="Times New Roman"/>
                <w:sz w:val="21"/>
              </w:rPr>
              <w:t>3</w:t>
            </w:r>
          </w:p>
        </w:tc>
        <w:tc>
          <w:tcPr>
            <w:tcW w:w="36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046A2B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32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69BB07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38D95B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  <w:tr w:rsidR="000B7CCE" w14:paraId="62DD864D" w14:textId="77777777" w:rsidTr="005F0C4E">
        <w:trPr>
          <w:cantSplit/>
          <w:trHeight w:val="907"/>
          <w:jc w:val="center"/>
        </w:trPr>
        <w:tc>
          <w:tcPr>
            <w:tcW w:w="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AF5D07" w14:textId="77777777" w:rsidR="000B7CCE" w:rsidRDefault="00000000">
            <w:pPr>
              <w:snapToGrid w:val="0"/>
              <w:spacing w:after="0" w:line="320" w:lineRule="exact"/>
              <w:jc w:val="center"/>
            </w:pPr>
            <w:r>
              <w:rPr>
                <w:rFonts w:cs="Times New Roman"/>
                <w:sz w:val="21"/>
              </w:rPr>
              <w:t>4</w:t>
            </w:r>
          </w:p>
        </w:tc>
        <w:tc>
          <w:tcPr>
            <w:tcW w:w="36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909CCC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32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DC3458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D105EE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  <w:tr w:rsidR="000B7CCE" w14:paraId="721E3D9E" w14:textId="77777777" w:rsidTr="005F0C4E">
        <w:trPr>
          <w:cantSplit/>
          <w:trHeight w:val="907"/>
          <w:jc w:val="center"/>
        </w:trPr>
        <w:tc>
          <w:tcPr>
            <w:tcW w:w="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762823" w14:textId="77777777" w:rsidR="000B7CCE" w:rsidRDefault="00000000">
            <w:pPr>
              <w:snapToGrid w:val="0"/>
              <w:spacing w:after="0" w:line="320" w:lineRule="exact"/>
              <w:jc w:val="center"/>
            </w:pPr>
            <w:r>
              <w:rPr>
                <w:rFonts w:cs="Times New Roman"/>
                <w:sz w:val="21"/>
              </w:rPr>
              <w:t>5</w:t>
            </w:r>
          </w:p>
        </w:tc>
        <w:tc>
          <w:tcPr>
            <w:tcW w:w="36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EEC3B2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32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D65C9A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AB7116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</w:tbl>
    <w:p w14:paraId="0D2ED46E" w14:textId="1660F968" w:rsidR="000B7CCE" w:rsidRDefault="005F0C4E">
      <w:pPr>
        <w:pStyle w:val="1"/>
        <w:snapToGrid w:val="0"/>
      </w:pPr>
      <w:r>
        <w:rPr>
          <w:rFonts w:ascii="Times New Roman" w:eastAsia="宋体" w:hAnsi="Times New Roman" w:cs="Times New Roman" w:hint="eastAsia"/>
          <w:lang w:eastAsia="zh-CN"/>
        </w:rPr>
        <w:lastRenderedPageBreak/>
        <w:t>五</w:t>
      </w:r>
      <w:r>
        <w:rPr>
          <w:rFonts w:ascii="Times New Roman" w:eastAsia="宋体" w:hAnsi="Times New Roman" w:cs="Times New Roman"/>
        </w:rPr>
        <w:t>、</w:t>
      </w:r>
      <w:proofErr w:type="spellStart"/>
      <w:r>
        <w:rPr>
          <w:rFonts w:ascii="Times New Roman" w:eastAsia="宋体" w:hAnsi="Times New Roman" w:cs="Times New Roman"/>
        </w:rPr>
        <w:t>研究成果</w:t>
      </w:r>
      <w:proofErr w:type="spellEnd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4"/>
        <w:gridCol w:w="1361"/>
        <w:gridCol w:w="2665"/>
        <w:gridCol w:w="1587"/>
        <w:gridCol w:w="2041"/>
        <w:gridCol w:w="1020"/>
      </w:tblGrid>
      <w:tr w:rsidR="000B7CCE" w14:paraId="4F643794" w14:textId="77777777" w:rsidTr="005F0C4E">
        <w:trPr>
          <w:cantSplit/>
          <w:tblHeader/>
          <w:jc w:val="center"/>
        </w:trPr>
        <w:tc>
          <w:tcPr>
            <w:tcW w:w="6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984784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  <w:b/>
                <w:sz w:val="19"/>
              </w:rPr>
              <w:t>序号</w:t>
            </w:r>
            <w:proofErr w:type="spellEnd"/>
          </w:p>
        </w:tc>
        <w:tc>
          <w:tcPr>
            <w:tcW w:w="13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FC7EB3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  <w:b/>
                <w:sz w:val="19"/>
              </w:rPr>
              <w:t>成果类型</w:t>
            </w:r>
            <w:proofErr w:type="spellEnd"/>
          </w:p>
        </w:tc>
        <w:tc>
          <w:tcPr>
            <w:tcW w:w="2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957A82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  <w:b/>
                <w:sz w:val="19"/>
              </w:rPr>
              <w:t>成果名称</w:t>
            </w:r>
            <w:proofErr w:type="spellEnd"/>
          </w:p>
        </w:tc>
        <w:tc>
          <w:tcPr>
            <w:tcW w:w="15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89B322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  <w:b/>
                <w:sz w:val="19"/>
              </w:rPr>
              <w:t>主要完成人</w:t>
            </w:r>
            <w:proofErr w:type="spellEnd"/>
          </w:p>
        </w:tc>
        <w:tc>
          <w:tcPr>
            <w:tcW w:w="20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A9D407" w14:textId="77777777" w:rsidR="000B7CCE" w:rsidRDefault="00000000">
            <w:pPr>
              <w:snapToGrid w:val="0"/>
              <w:spacing w:after="0" w:line="320" w:lineRule="exact"/>
              <w:jc w:val="center"/>
              <w:rPr>
                <w:lang w:eastAsia="zh-CN"/>
              </w:rPr>
            </w:pPr>
            <w:r>
              <w:rPr>
                <w:rFonts w:cs="Times New Roman"/>
                <w:b/>
                <w:sz w:val="19"/>
                <w:lang w:eastAsia="zh-CN"/>
              </w:rPr>
              <w:t>发表、授权或形成情况</w:t>
            </w:r>
          </w:p>
        </w:tc>
        <w:tc>
          <w:tcPr>
            <w:tcW w:w="10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37DE9E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  <w:b/>
                <w:sz w:val="19"/>
              </w:rPr>
              <w:t>证明材料编号</w:t>
            </w:r>
            <w:proofErr w:type="spellEnd"/>
          </w:p>
        </w:tc>
      </w:tr>
      <w:tr w:rsidR="000B7CCE" w14:paraId="2110EDCD" w14:textId="77777777" w:rsidTr="005F0C4E">
        <w:trPr>
          <w:cantSplit/>
          <w:trHeight w:val="794"/>
          <w:jc w:val="center"/>
        </w:trPr>
        <w:tc>
          <w:tcPr>
            <w:tcW w:w="6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B4FCFC" w14:textId="77777777" w:rsidR="000B7CCE" w:rsidRDefault="00000000">
            <w:pPr>
              <w:snapToGrid w:val="0"/>
              <w:spacing w:after="0" w:line="320" w:lineRule="exact"/>
              <w:jc w:val="center"/>
            </w:pPr>
            <w:r>
              <w:rPr>
                <w:rFonts w:cs="Times New Roman"/>
                <w:sz w:val="19"/>
              </w:rPr>
              <w:t>1</w:t>
            </w:r>
          </w:p>
        </w:tc>
        <w:tc>
          <w:tcPr>
            <w:tcW w:w="13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5A2FAF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2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E401C7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15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24E16B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20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E8B391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10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3D9884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  <w:tr w:rsidR="000B7CCE" w14:paraId="7563EA78" w14:textId="77777777" w:rsidTr="005F0C4E">
        <w:trPr>
          <w:cantSplit/>
          <w:trHeight w:val="794"/>
          <w:jc w:val="center"/>
        </w:trPr>
        <w:tc>
          <w:tcPr>
            <w:tcW w:w="6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7F8FE4" w14:textId="77777777" w:rsidR="000B7CCE" w:rsidRDefault="00000000">
            <w:pPr>
              <w:snapToGrid w:val="0"/>
              <w:spacing w:after="0" w:line="320" w:lineRule="exact"/>
              <w:jc w:val="center"/>
            </w:pPr>
            <w:r>
              <w:rPr>
                <w:rFonts w:cs="Times New Roman"/>
                <w:sz w:val="19"/>
              </w:rPr>
              <w:t>2</w:t>
            </w:r>
          </w:p>
        </w:tc>
        <w:tc>
          <w:tcPr>
            <w:tcW w:w="13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BFDD12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2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90BAB5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15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5769F2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20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8871F5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10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88A662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  <w:tr w:rsidR="000B7CCE" w14:paraId="15AA4B26" w14:textId="77777777" w:rsidTr="005F0C4E">
        <w:trPr>
          <w:cantSplit/>
          <w:trHeight w:val="794"/>
          <w:jc w:val="center"/>
        </w:trPr>
        <w:tc>
          <w:tcPr>
            <w:tcW w:w="6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26FAE0" w14:textId="77777777" w:rsidR="000B7CCE" w:rsidRDefault="00000000">
            <w:pPr>
              <w:snapToGrid w:val="0"/>
              <w:spacing w:after="0" w:line="320" w:lineRule="exact"/>
              <w:jc w:val="center"/>
            </w:pPr>
            <w:r>
              <w:rPr>
                <w:rFonts w:cs="Times New Roman"/>
                <w:sz w:val="19"/>
              </w:rPr>
              <w:t>3</w:t>
            </w:r>
          </w:p>
        </w:tc>
        <w:tc>
          <w:tcPr>
            <w:tcW w:w="13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7331D4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2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4B4C4F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15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BB58AC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20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45C6DA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10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EA8983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  <w:tr w:rsidR="000B7CCE" w14:paraId="6D8B006E" w14:textId="77777777" w:rsidTr="005F0C4E">
        <w:trPr>
          <w:cantSplit/>
          <w:trHeight w:val="794"/>
          <w:jc w:val="center"/>
        </w:trPr>
        <w:tc>
          <w:tcPr>
            <w:tcW w:w="6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119B24" w14:textId="77777777" w:rsidR="000B7CCE" w:rsidRDefault="00000000">
            <w:pPr>
              <w:snapToGrid w:val="0"/>
              <w:spacing w:after="0" w:line="320" w:lineRule="exact"/>
              <w:jc w:val="center"/>
            </w:pPr>
            <w:r>
              <w:rPr>
                <w:rFonts w:cs="Times New Roman"/>
                <w:sz w:val="19"/>
              </w:rPr>
              <w:t>4</w:t>
            </w:r>
          </w:p>
        </w:tc>
        <w:tc>
          <w:tcPr>
            <w:tcW w:w="13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797F9B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2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213ABE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15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D77846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20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2DC277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10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8A0912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  <w:tr w:rsidR="000B7CCE" w14:paraId="52F8208A" w14:textId="77777777" w:rsidTr="005F0C4E">
        <w:trPr>
          <w:cantSplit/>
          <w:trHeight w:val="794"/>
          <w:jc w:val="center"/>
        </w:trPr>
        <w:tc>
          <w:tcPr>
            <w:tcW w:w="6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9C76C6" w14:textId="77777777" w:rsidR="000B7CCE" w:rsidRDefault="00000000">
            <w:pPr>
              <w:snapToGrid w:val="0"/>
              <w:spacing w:after="0" w:line="320" w:lineRule="exact"/>
              <w:jc w:val="center"/>
            </w:pPr>
            <w:r>
              <w:rPr>
                <w:rFonts w:cs="Times New Roman"/>
                <w:sz w:val="19"/>
              </w:rPr>
              <w:t>5</w:t>
            </w:r>
          </w:p>
        </w:tc>
        <w:tc>
          <w:tcPr>
            <w:tcW w:w="13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853250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2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E82399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15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AA53DD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20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60105D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10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6099C6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</w:tbl>
    <w:p w14:paraId="14051F48" w14:textId="168E8C70" w:rsidR="000B7CCE" w:rsidRDefault="00000000">
      <w:pPr>
        <w:snapToGrid w:val="0"/>
        <w:rPr>
          <w:lang w:eastAsia="zh-CN"/>
        </w:rPr>
      </w:pPr>
      <w:r>
        <w:rPr>
          <w:rFonts w:cs="Times New Roman"/>
          <w:sz w:val="20"/>
          <w:lang w:eastAsia="zh-CN"/>
        </w:rPr>
        <w:t>成果类型可填写论文、专利、著作、软件、研究报告或其他。论文应列明期刊、年份、</w:t>
      </w:r>
      <w:proofErr w:type="gramStart"/>
      <w:r>
        <w:rPr>
          <w:rFonts w:cs="Times New Roman"/>
          <w:sz w:val="20"/>
          <w:lang w:eastAsia="zh-CN"/>
        </w:rPr>
        <w:t>卷期页</w:t>
      </w:r>
      <w:proofErr w:type="gramEnd"/>
      <w:r>
        <w:rPr>
          <w:rFonts w:cs="Times New Roman"/>
          <w:sz w:val="20"/>
          <w:lang w:eastAsia="zh-CN"/>
        </w:rPr>
        <w:t>或</w:t>
      </w:r>
      <w:r>
        <w:rPr>
          <w:rFonts w:cs="Times New Roman"/>
          <w:sz w:val="20"/>
          <w:lang w:eastAsia="zh-CN"/>
        </w:rPr>
        <w:t>DOI</w:t>
      </w:r>
      <w:r>
        <w:rPr>
          <w:rFonts w:cs="Times New Roman"/>
          <w:sz w:val="20"/>
          <w:lang w:eastAsia="zh-CN"/>
        </w:rPr>
        <w:t>；专利应注明授权号、权利人和授权日期。</w:t>
      </w:r>
    </w:p>
    <w:p w14:paraId="238DDC22" w14:textId="77777777" w:rsidR="000B7CCE" w:rsidRDefault="00000000">
      <w:pPr>
        <w:pStyle w:val="21"/>
        <w:snapToGrid w:val="0"/>
        <w:rPr>
          <w:lang w:eastAsia="zh-CN"/>
        </w:rPr>
      </w:pPr>
      <w:r>
        <w:rPr>
          <w:rFonts w:ascii="Times New Roman" w:eastAsia="宋体" w:hAnsi="Times New Roman" w:cs="Times New Roman"/>
          <w:lang w:eastAsia="zh-CN"/>
        </w:rPr>
        <w:t>成果署名与资助标注自查</w:t>
      </w:r>
    </w:p>
    <w:p w14:paraId="1442C910" w14:textId="77777777" w:rsidR="000B7CCE" w:rsidRDefault="00000000">
      <w:pPr>
        <w:snapToGrid w:val="0"/>
        <w:rPr>
          <w:lang w:eastAsia="zh-CN"/>
        </w:rPr>
      </w:pPr>
      <w:r>
        <w:rPr>
          <w:rFonts w:cs="Times New Roman"/>
          <w:sz w:val="21"/>
          <w:lang w:eastAsia="zh-CN"/>
        </w:rPr>
        <w:t>□</w:t>
      </w:r>
      <w:r>
        <w:rPr>
          <w:rFonts w:cs="Times New Roman"/>
          <w:sz w:val="21"/>
          <w:lang w:eastAsia="zh-CN"/>
        </w:rPr>
        <w:t>论文作者单位已按规定标注实验室中文或英文名称。</w:t>
      </w:r>
      <w:r>
        <w:rPr>
          <w:rFonts w:cs="Times New Roman"/>
          <w:sz w:val="21"/>
          <w:lang w:eastAsia="zh-CN"/>
        </w:rPr>
        <w:br/>
        <w:t>□</w:t>
      </w:r>
      <w:r>
        <w:rPr>
          <w:rFonts w:cs="Times New Roman"/>
          <w:sz w:val="21"/>
          <w:lang w:eastAsia="zh-CN"/>
        </w:rPr>
        <w:t>论文、专著等成果已标注开放课题资助及项目号。</w:t>
      </w:r>
      <w:r>
        <w:rPr>
          <w:rFonts w:cs="Times New Roman"/>
          <w:sz w:val="21"/>
          <w:lang w:eastAsia="zh-CN"/>
        </w:rPr>
        <w:br/>
        <w:t>□</w:t>
      </w:r>
      <w:r>
        <w:rPr>
          <w:rFonts w:cs="Times New Roman"/>
          <w:sz w:val="21"/>
          <w:lang w:eastAsia="zh-CN"/>
        </w:rPr>
        <w:t>项目负责人为所列成果的第一作者或通讯作者。</w:t>
      </w:r>
      <w:r>
        <w:rPr>
          <w:rFonts w:cs="Times New Roman"/>
          <w:sz w:val="21"/>
          <w:lang w:eastAsia="zh-CN"/>
        </w:rPr>
        <w:br/>
        <w:t>□</w:t>
      </w:r>
      <w:r>
        <w:rPr>
          <w:rFonts w:cs="Times New Roman"/>
          <w:sz w:val="21"/>
          <w:lang w:eastAsia="zh-CN"/>
        </w:rPr>
        <w:t>专利权人、发明人及实验室固定研究人员符合相应结题路径要求。</w:t>
      </w:r>
    </w:p>
    <w:p w14:paraId="612833F1" w14:textId="77777777" w:rsidR="000B7CCE" w:rsidRDefault="00000000">
      <w:pPr>
        <w:snapToGrid w:val="0"/>
      </w:pPr>
      <w:proofErr w:type="spellStart"/>
      <w:r>
        <w:rPr>
          <w:rFonts w:cs="Times New Roman"/>
          <w:sz w:val="19"/>
        </w:rPr>
        <w:t>规定名称：</w:t>
      </w:r>
      <w:proofErr w:type="gramStart"/>
      <w:r>
        <w:rPr>
          <w:rFonts w:cs="Times New Roman"/>
          <w:sz w:val="19"/>
        </w:rPr>
        <w:t>中文</w:t>
      </w:r>
      <w:r>
        <w:rPr>
          <w:rFonts w:cs="Times New Roman"/>
          <w:sz w:val="19"/>
        </w:rPr>
        <w:t>“</w:t>
      </w:r>
      <w:proofErr w:type="gramEnd"/>
      <w:r>
        <w:rPr>
          <w:rFonts w:cs="Times New Roman"/>
          <w:sz w:val="19"/>
        </w:rPr>
        <w:t>合肥大学</w:t>
      </w:r>
      <w:proofErr w:type="spellEnd"/>
      <w:r>
        <w:rPr>
          <w:rFonts w:cs="Times New Roman"/>
          <w:sz w:val="19"/>
        </w:rPr>
        <w:t xml:space="preserve"> </w:t>
      </w:r>
      <w:r>
        <w:rPr>
          <w:rFonts w:cs="Times New Roman"/>
          <w:sz w:val="19"/>
        </w:rPr>
        <w:t>安徽省城市轨道交通安全与应急管理重点实验室，合肥，</w:t>
      </w:r>
      <w:r>
        <w:rPr>
          <w:rFonts w:cs="Times New Roman"/>
          <w:sz w:val="19"/>
        </w:rPr>
        <w:t>230601”</w:t>
      </w:r>
      <w:r>
        <w:rPr>
          <w:rFonts w:cs="Times New Roman"/>
          <w:sz w:val="19"/>
        </w:rPr>
        <w:t>；英文</w:t>
      </w:r>
      <w:r>
        <w:rPr>
          <w:rFonts w:cs="Times New Roman"/>
          <w:sz w:val="19"/>
        </w:rPr>
        <w:t>“Anhui Provincial Key Laboratory of Urban Rail Transit Safety and Emergency Management, Hefei University, Hefei, Anhui 230601, China”</w:t>
      </w:r>
      <w:r>
        <w:rPr>
          <w:rFonts w:cs="Times New Roman"/>
          <w:sz w:val="19"/>
        </w:rPr>
        <w:t>。</w:t>
      </w:r>
      <w:r>
        <w:rPr>
          <w:rFonts w:cs="Times New Roman"/>
          <w:sz w:val="19"/>
        </w:rPr>
        <w:br/>
      </w:r>
      <w:proofErr w:type="spellStart"/>
      <w:r>
        <w:rPr>
          <w:rFonts w:cs="Times New Roman"/>
          <w:sz w:val="19"/>
        </w:rPr>
        <w:t>资助标注：中文</w:t>
      </w:r>
      <w:r>
        <w:rPr>
          <w:rFonts w:cs="Times New Roman"/>
          <w:sz w:val="19"/>
        </w:rPr>
        <w:t>“</w:t>
      </w:r>
      <w:r>
        <w:rPr>
          <w:rFonts w:cs="Times New Roman"/>
          <w:sz w:val="19"/>
        </w:rPr>
        <w:t>合肥大学安徽省城市轨道交通安全与应急管理重点实验室开放课题（项目号</w:t>
      </w:r>
      <w:proofErr w:type="spellEnd"/>
      <w:r>
        <w:rPr>
          <w:rFonts w:cs="Times New Roman"/>
          <w:sz w:val="19"/>
        </w:rPr>
        <w:t>）</w:t>
      </w:r>
      <w:r>
        <w:rPr>
          <w:rFonts w:cs="Times New Roman"/>
          <w:sz w:val="19"/>
        </w:rPr>
        <w:t>”</w:t>
      </w:r>
      <w:r>
        <w:rPr>
          <w:rFonts w:cs="Times New Roman"/>
          <w:sz w:val="19"/>
        </w:rPr>
        <w:t>；</w:t>
      </w:r>
      <w:proofErr w:type="spellStart"/>
      <w:r>
        <w:rPr>
          <w:rFonts w:cs="Times New Roman"/>
          <w:sz w:val="19"/>
        </w:rPr>
        <w:t>英文</w:t>
      </w:r>
      <w:r>
        <w:rPr>
          <w:rFonts w:cs="Times New Roman"/>
          <w:sz w:val="19"/>
        </w:rPr>
        <w:t>“Supported</w:t>
      </w:r>
      <w:proofErr w:type="spellEnd"/>
      <w:r>
        <w:rPr>
          <w:rFonts w:cs="Times New Roman"/>
          <w:sz w:val="19"/>
        </w:rPr>
        <w:t xml:space="preserve"> by Anhui Provincial Key Laboratory of Urban Rail Transit Safety and Emergency Management, Hefei University, </w:t>
      </w:r>
      <w:proofErr w:type="spellStart"/>
      <w:r>
        <w:rPr>
          <w:rFonts w:cs="Times New Roman"/>
          <w:sz w:val="19"/>
        </w:rPr>
        <w:t>Hefei</w:t>
      </w:r>
      <w:r>
        <w:rPr>
          <w:rFonts w:cs="Times New Roman"/>
          <w:sz w:val="19"/>
        </w:rPr>
        <w:t>（项目号</w:t>
      </w:r>
      <w:proofErr w:type="spellEnd"/>
      <w:r>
        <w:rPr>
          <w:rFonts w:cs="Times New Roman"/>
          <w:sz w:val="19"/>
        </w:rPr>
        <w:t>）</w:t>
      </w:r>
      <w:r>
        <w:rPr>
          <w:rFonts w:cs="Times New Roman"/>
          <w:sz w:val="19"/>
        </w:rPr>
        <w:t>”</w:t>
      </w:r>
      <w:r>
        <w:rPr>
          <w:rFonts w:cs="Times New Roman"/>
          <w:sz w:val="19"/>
        </w:rPr>
        <w:t>。</w:t>
      </w:r>
    </w:p>
    <w:p w14:paraId="5E5D892E" w14:textId="77777777" w:rsidR="000B7CCE" w:rsidRDefault="00000000">
      <w:pPr>
        <w:snapToGrid w:val="0"/>
      </w:pPr>
      <w:r>
        <w:rPr>
          <w:rFonts w:cs="Times New Roman"/>
        </w:rPr>
        <w:br w:type="page"/>
      </w:r>
    </w:p>
    <w:p w14:paraId="45648161" w14:textId="51C35284" w:rsidR="000B7CCE" w:rsidRDefault="005F0C4E">
      <w:pPr>
        <w:pStyle w:val="1"/>
        <w:snapToGrid w:val="0"/>
      </w:pPr>
      <w:r>
        <w:rPr>
          <w:rFonts w:ascii="Times New Roman" w:eastAsia="宋体" w:hAnsi="Times New Roman" w:cs="Times New Roman" w:hint="eastAsia"/>
          <w:lang w:eastAsia="zh-CN"/>
        </w:rPr>
        <w:lastRenderedPageBreak/>
        <w:t>六</w:t>
      </w:r>
      <w:r>
        <w:rPr>
          <w:rFonts w:ascii="Times New Roman" w:eastAsia="宋体" w:hAnsi="Times New Roman" w:cs="Times New Roman"/>
        </w:rPr>
        <w:t>、</w:t>
      </w:r>
      <w:proofErr w:type="spellStart"/>
      <w:r>
        <w:rPr>
          <w:rFonts w:ascii="Times New Roman" w:eastAsia="宋体" w:hAnsi="Times New Roman" w:cs="Times New Roman"/>
        </w:rPr>
        <w:t>经费使用决算</w:t>
      </w:r>
      <w:proofErr w:type="spellEnd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88"/>
        <w:gridCol w:w="2381"/>
        <w:gridCol w:w="3628"/>
      </w:tblGrid>
      <w:tr w:rsidR="000B7CCE" w14:paraId="68390A2F" w14:textId="77777777" w:rsidTr="005F0C4E">
        <w:trPr>
          <w:cantSplit/>
          <w:tblHeader/>
          <w:jc w:val="center"/>
        </w:trPr>
        <w:tc>
          <w:tcPr>
            <w:tcW w:w="32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C42DA5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  <w:b/>
                <w:sz w:val="22"/>
              </w:rPr>
              <w:t>经费项目</w:t>
            </w:r>
            <w:proofErr w:type="spellEnd"/>
          </w:p>
        </w:tc>
        <w:tc>
          <w:tcPr>
            <w:tcW w:w="238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17F0C0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  <w:b/>
                <w:sz w:val="22"/>
              </w:rPr>
              <w:t>金额（元</w:t>
            </w:r>
            <w:proofErr w:type="spellEnd"/>
            <w:r>
              <w:rPr>
                <w:rFonts w:cs="Times New Roman"/>
                <w:b/>
                <w:sz w:val="22"/>
              </w:rPr>
              <w:t>）</w:t>
            </w:r>
          </w:p>
        </w:tc>
        <w:tc>
          <w:tcPr>
            <w:tcW w:w="36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7BDF79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  <w:b/>
                <w:sz w:val="22"/>
              </w:rPr>
              <w:t>说明</w:t>
            </w:r>
            <w:proofErr w:type="spellEnd"/>
          </w:p>
        </w:tc>
      </w:tr>
      <w:tr w:rsidR="000B7CCE" w14:paraId="74632733" w14:textId="77777777" w:rsidTr="005F0C4E">
        <w:trPr>
          <w:cantSplit/>
          <w:trHeight w:val="454"/>
          <w:jc w:val="center"/>
        </w:trPr>
        <w:tc>
          <w:tcPr>
            <w:tcW w:w="32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48961F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  <w:sz w:val="22"/>
              </w:rPr>
              <w:t>批准资助金额</w:t>
            </w:r>
            <w:proofErr w:type="spellEnd"/>
          </w:p>
        </w:tc>
        <w:tc>
          <w:tcPr>
            <w:tcW w:w="238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B4166D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36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CD347A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  <w:tr w:rsidR="000B7CCE" w14:paraId="07A040CB" w14:textId="77777777" w:rsidTr="005F0C4E">
        <w:trPr>
          <w:cantSplit/>
          <w:trHeight w:val="454"/>
          <w:jc w:val="center"/>
        </w:trPr>
        <w:tc>
          <w:tcPr>
            <w:tcW w:w="32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E3CB89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  <w:sz w:val="22"/>
              </w:rPr>
              <w:t>累计到账金额</w:t>
            </w:r>
            <w:proofErr w:type="spellEnd"/>
          </w:p>
        </w:tc>
        <w:tc>
          <w:tcPr>
            <w:tcW w:w="238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0411ED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36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306BB2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  <w:tr w:rsidR="000B7CCE" w14:paraId="3BE1D95B" w14:textId="77777777" w:rsidTr="005F0C4E">
        <w:trPr>
          <w:cantSplit/>
          <w:trHeight w:val="454"/>
          <w:jc w:val="center"/>
        </w:trPr>
        <w:tc>
          <w:tcPr>
            <w:tcW w:w="32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E256E8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  <w:sz w:val="22"/>
              </w:rPr>
              <w:t>累计支出金额</w:t>
            </w:r>
            <w:proofErr w:type="spellEnd"/>
          </w:p>
        </w:tc>
        <w:tc>
          <w:tcPr>
            <w:tcW w:w="238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2CCDBB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36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DD7BC4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  <w:tr w:rsidR="000B7CCE" w14:paraId="63DA485A" w14:textId="77777777" w:rsidTr="005F0C4E">
        <w:trPr>
          <w:cantSplit/>
          <w:trHeight w:val="454"/>
          <w:jc w:val="center"/>
        </w:trPr>
        <w:tc>
          <w:tcPr>
            <w:tcW w:w="32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5C5904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  <w:sz w:val="22"/>
              </w:rPr>
              <w:t>到账结余</w:t>
            </w:r>
            <w:proofErr w:type="spellEnd"/>
          </w:p>
        </w:tc>
        <w:tc>
          <w:tcPr>
            <w:tcW w:w="238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CFC9F2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36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82F413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  <w:tr w:rsidR="000B7CCE" w14:paraId="0C9A0AF9" w14:textId="77777777" w:rsidTr="005F0C4E">
        <w:trPr>
          <w:cantSplit/>
          <w:trHeight w:val="454"/>
          <w:jc w:val="center"/>
        </w:trPr>
        <w:tc>
          <w:tcPr>
            <w:tcW w:w="32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16A187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  <w:sz w:val="22"/>
              </w:rPr>
              <w:t>尚未拨付金额</w:t>
            </w:r>
            <w:proofErr w:type="spellEnd"/>
          </w:p>
        </w:tc>
        <w:tc>
          <w:tcPr>
            <w:tcW w:w="238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3F830C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36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933661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</w:tbl>
    <w:p w14:paraId="0CA39CDF" w14:textId="77777777" w:rsidR="000B7CCE" w:rsidRDefault="00000000">
      <w:pPr>
        <w:pStyle w:val="21"/>
        <w:snapToGrid w:val="0"/>
      </w:pPr>
      <w:proofErr w:type="spellStart"/>
      <w:r>
        <w:rPr>
          <w:rFonts w:ascii="Times New Roman" w:eastAsia="宋体" w:hAnsi="Times New Roman" w:cs="Times New Roman"/>
        </w:rPr>
        <w:t>经费支出明细</w:t>
      </w:r>
      <w:proofErr w:type="spellEnd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2154"/>
        <w:gridCol w:w="3175"/>
      </w:tblGrid>
      <w:tr w:rsidR="000B7CCE" w14:paraId="450C243F" w14:textId="77777777" w:rsidTr="005F0C4E">
        <w:trPr>
          <w:cantSplit/>
          <w:tblHeader/>
          <w:jc w:val="center"/>
        </w:trPr>
        <w:tc>
          <w:tcPr>
            <w:tcW w:w="3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C5C324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  <w:b/>
                <w:sz w:val="21"/>
              </w:rPr>
              <w:t>支出科目</w:t>
            </w:r>
            <w:proofErr w:type="spellEnd"/>
          </w:p>
        </w:tc>
        <w:tc>
          <w:tcPr>
            <w:tcW w:w="21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DC3BC1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  <w:b/>
                <w:sz w:val="21"/>
              </w:rPr>
              <w:t>金额（元</w:t>
            </w:r>
            <w:proofErr w:type="spellEnd"/>
            <w:r>
              <w:rPr>
                <w:rFonts w:cs="Times New Roman"/>
                <w:b/>
                <w:sz w:val="21"/>
              </w:rPr>
              <w:t>）</w:t>
            </w:r>
          </w:p>
        </w:tc>
        <w:tc>
          <w:tcPr>
            <w:tcW w:w="3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ED48BB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  <w:b/>
                <w:sz w:val="21"/>
              </w:rPr>
              <w:t>备注</w:t>
            </w:r>
            <w:proofErr w:type="spellEnd"/>
          </w:p>
        </w:tc>
      </w:tr>
      <w:tr w:rsidR="000B7CCE" w14:paraId="18C9E170" w14:textId="77777777" w:rsidTr="005F0C4E">
        <w:trPr>
          <w:cantSplit/>
          <w:trHeight w:val="454"/>
          <w:jc w:val="center"/>
        </w:trPr>
        <w:tc>
          <w:tcPr>
            <w:tcW w:w="3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D75774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  <w:sz w:val="21"/>
              </w:rPr>
              <w:t>设备费</w:t>
            </w:r>
            <w:proofErr w:type="spellEnd"/>
          </w:p>
        </w:tc>
        <w:tc>
          <w:tcPr>
            <w:tcW w:w="21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4303C9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3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F51F98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  <w:tr w:rsidR="000B7CCE" w14:paraId="214C1608" w14:textId="77777777" w:rsidTr="005F0C4E">
        <w:trPr>
          <w:cantSplit/>
          <w:trHeight w:val="454"/>
          <w:jc w:val="center"/>
        </w:trPr>
        <w:tc>
          <w:tcPr>
            <w:tcW w:w="3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DA49A7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  <w:sz w:val="21"/>
              </w:rPr>
              <w:t>材料及测试化验费</w:t>
            </w:r>
            <w:proofErr w:type="spellEnd"/>
          </w:p>
        </w:tc>
        <w:tc>
          <w:tcPr>
            <w:tcW w:w="21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48357B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3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3870CC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  <w:tr w:rsidR="000B7CCE" w14:paraId="22F92EAD" w14:textId="77777777" w:rsidTr="005F0C4E">
        <w:trPr>
          <w:cantSplit/>
          <w:trHeight w:val="454"/>
          <w:jc w:val="center"/>
        </w:trPr>
        <w:tc>
          <w:tcPr>
            <w:tcW w:w="3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F5F52A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  <w:sz w:val="21"/>
              </w:rPr>
              <w:t>差旅及会议交流费</w:t>
            </w:r>
            <w:proofErr w:type="spellEnd"/>
          </w:p>
        </w:tc>
        <w:tc>
          <w:tcPr>
            <w:tcW w:w="21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CB384E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3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3BDF7A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  <w:tr w:rsidR="000B7CCE" w14:paraId="4719FC1C" w14:textId="77777777" w:rsidTr="005F0C4E">
        <w:trPr>
          <w:cantSplit/>
          <w:trHeight w:val="454"/>
          <w:jc w:val="center"/>
        </w:trPr>
        <w:tc>
          <w:tcPr>
            <w:tcW w:w="3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807724" w14:textId="77777777" w:rsidR="000B7CCE" w:rsidRDefault="00000000">
            <w:pPr>
              <w:snapToGrid w:val="0"/>
              <w:spacing w:after="0" w:line="320" w:lineRule="exact"/>
              <w:rPr>
                <w:lang w:eastAsia="zh-CN"/>
              </w:rPr>
            </w:pPr>
            <w:r>
              <w:rPr>
                <w:rFonts w:cs="Times New Roman"/>
                <w:sz w:val="21"/>
                <w:lang w:eastAsia="zh-CN"/>
              </w:rPr>
              <w:t>出版、文献及知识产权事务费</w:t>
            </w:r>
          </w:p>
        </w:tc>
        <w:tc>
          <w:tcPr>
            <w:tcW w:w="21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67872D" w14:textId="77777777" w:rsidR="000B7CCE" w:rsidRDefault="000B7CCE">
            <w:pPr>
              <w:snapToGrid w:val="0"/>
              <w:spacing w:after="0" w:line="320" w:lineRule="exact"/>
              <w:jc w:val="center"/>
              <w:rPr>
                <w:lang w:eastAsia="zh-CN"/>
              </w:rPr>
            </w:pPr>
          </w:p>
        </w:tc>
        <w:tc>
          <w:tcPr>
            <w:tcW w:w="3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B9C727" w14:textId="77777777" w:rsidR="000B7CCE" w:rsidRDefault="000B7CCE">
            <w:pPr>
              <w:snapToGrid w:val="0"/>
              <w:spacing w:after="0" w:line="320" w:lineRule="exact"/>
              <w:jc w:val="center"/>
              <w:rPr>
                <w:lang w:eastAsia="zh-CN"/>
              </w:rPr>
            </w:pPr>
          </w:p>
        </w:tc>
      </w:tr>
      <w:tr w:rsidR="000B7CCE" w14:paraId="230D92E8" w14:textId="77777777" w:rsidTr="005F0C4E">
        <w:trPr>
          <w:cantSplit/>
          <w:trHeight w:val="454"/>
          <w:jc w:val="center"/>
        </w:trPr>
        <w:tc>
          <w:tcPr>
            <w:tcW w:w="3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E988F3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  <w:sz w:val="21"/>
              </w:rPr>
              <w:t>劳务费及专家咨询费</w:t>
            </w:r>
            <w:proofErr w:type="spellEnd"/>
          </w:p>
        </w:tc>
        <w:tc>
          <w:tcPr>
            <w:tcW w:w="21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37B6C1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3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6AFA36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  <w:tr w:rsidR="000B7CCE" w14:paraId="416DBB43" w14:textId="77777777" w:rsidTr="005F0C4E">
        <w:trPr>
          <w:cantSplit/>
          <w:trHeight w:val="454"/>
          <w:jc w:val="center"/>
        </w:trPr>
        <w:tc>
          <w:tcPr>
            <w:tcW w:w="3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C984FB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  <w:sz w:val="21"/>
              </w:rPr>
              <w:t>其他</w:t>
            </w:r>
            <w:proofErr w:type="spellEnd"/>
          </w:p>
        </w:tc>
        <w:tc>
          <w:tcPr>
            <w:tcW w:w="21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FF6716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3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22ADAF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  <w:tr w:rsidR="000B7CCE" w14:paraId="7B49152C" w14:textId="77777777" w:rsidTr="005F0C4E">
        <w:trPr>
          <w:cantSplit/>
          <w:trHeight w:val="454"/>
          <w:jc w:val="center"/>
        </w:trPr>
        <w:tc>
          <w:tcPr>
            <w:tcW w:w="3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B5C505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  <w:sz w:val="21"/>
              </w:rPr>
              <w:t>合计</w:t>
            </w:r>
            <w:proofErr w:type="spellEnd"/>
          </w:p>
        </w:tc>
        <w:tc>
          <w:tcPr>
            <w:tcW w:w="21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5415D3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3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D624A7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</w:tbl>
    <w:p w14:paraId="3DBE3883" w14:textId="77777777" w:rsidR="000B7CCE" w:rsidRDefault="00000000" w:rsidP="00C7255F">
      <w:pPr>
        <w:snapToGrid w:val="0"/>
        <w:jc w:val="right"/>
        <w:rPr>
          <w:lang w:eastAsia="zh-CN"/>
        </w:rPr>
      </w:pPr>
      <w:r>
        <w:rPr>
          <w:rFonts w:cs="Times New Roman"/>
          <w:sz w:val="22"/>
          <w:lang w:eastAsia="zh-CN"/>
        </w:rPr>
        <w:t>负责人签字：　　　　　　　　　　财务审核及盖章：</w:t>
      </w:r>
      <w:r>
        <w:rPr>
          <w:rFonts w:cs="Times New Roman"/>
          <w:sz w:val="22"/>
          <w:lang w:eastAsia="zh-CN"/>
        </w:rPr>
        <w:br/>
      </w:r>
      <w:r>
        <w:rPr>
          <w:rFonts w:cs="Times New Roman"/>
          <w:sz w:val="22"/>
          <w:lang w:eastAsia="zh-CN"/>
        </w:rPr>
        <w:t>日期：　　　年　月　日</w:t>
      </w:r>
      <w:proofErr w:type="gramStart"/>
      <w:r>
        <w:rPr>
          <w:rFonts w:cs="Times New Roman"/>
          <w:sz w:val="22"/>
          <w:lang w:eastAsia="zh-CN"/>
        </w:rPr>
        <w:t xml:space="preserve">　　　　　</w:t>
      </w:r>
      <w:proofErr w:type="gramEnd"/>
      <w:r>
        <w:rPr>
          <w:rFonts w:cs="Times New Roman"/>
          <w:sz w:val="22"/>
          <w:lang w:eastAsia="zh-CN"/>
        </w:rPr>
        <w:t>日期：　　　年　月　日</w:t>
      </w:r>
    </w:p>
    <w:p w14:paraId="458AD96C" w14:textId="04BA3443" w:rsidR="000B7CCE" w:rsidRDefault="005F0C4E">
      <w:pPr>
        <w:pStyle w:val="1"/>
        <w:snapToGrid w:val="0"/>
        <w:rPr>
          <w:lang w:eastAsia="zh-CN"/>
        </w:rPr>
      </w:pPr>
      <w:r>
        <w:rPr>
          <w:rFonts w:ascii="Times New Roman" w:eastAsia="宋体" w:hAnsi="Times New Roman" w:cs="Times New Roman" w:hint="eastAsia"/>
          <w:lang w:eastAsia="zh-CN"/>
        </w:rPr>
        <w:t>七</w:t>
      </w:r>
      <w:r>
        <w:rPr>
          <w:rFonts w:ascii="Times New Roman" w:eastAsia="宋体" w:hAnsi="Times New Roman" w:cs="Times New Roman"/>
          <w:lang w:eastAsia="zh-CN"/>
        </w:rPr>
        <w:t>、需要说明的其他事项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98"/>
      </w:tblGrid>
      <w:tr w:rsidR="000B7CCE" w14:paraId="48FFDB7E" w14:textId="77777777" w:rsidTr="005F0C4E">
        <w:trPr>
          <w:cantSplit/>
          <w:trHeight w:val="1928"/>
          <w:jc w:val="center"/>
        </w:trPr>
        <w:tc>
          <w:tcPr>
            <w:tcW w:w="929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C3EA49" w14:textId="77777777" w:rsidR="000B7CCE" w:rsidRDefault="000B7CCE">
            <w:pPr>
              <w:snapToGrid w:val="0"/>
              <w:spacing w:after="0" w:line="320" w:lineRule="exact"/>
              <w:jc w:val="center"/>
              <w:rPr>
                <w:lang w:eastAsia="zh-CN"/>
              </w:rPr>
            </w:pPr>
          </w:p>
        </w:tc>
      </w:tr>
    </w:tbl>
    <w:p w14:paraId="1A945D0C" w14:textId="7673AC61" w:rsidR="000B7CCE" w:rsidRDefault="000B7CCE">
      <w:pPr>
        <w:snapToGrid w:val="0"/>
        <w:rPr>
          <w:lang w:eastAsia="zh-CN"/>
        </w:rPr>
      </w:pPr>
    </w:p>
    <w:p w14:paraId="48C25AE5" w14:textId="1F3E32AD" w:rsidR="000B7CCE" w:rsidRDefault="005F0C4E">
      <w:pPr>
        <w:pStyle w:val="1"/>
        <w:snapToGrid w:val="0"/>
        <w:rPr>
          <w:lang w:eastAsia="zh-CN"/>
        </w:rPr>
      </w:pPr>
      <w:r>
        <w:rPr>
          <w:rFonts w:ascii="Times New Roman" w:eastAsia="宋体" w:hAnsi="Times New Roman" w:cs="Times New Roman" w:hint="eastAsia"/>
          <w:lang w:eastAsia="zh-CN"/>
        </w:rPr>
        <w:t>八</w:t>
      </w:r>
      <w:r>
        <w:rPr>
          <w:rFonts w:ascii="Times New Roman" w:eastAsia="宋体" w:hAnsi="Times New Roman" w:cs="Times New Roman"/>
          <w:lang w:eastAsia="zh-CN"/>
        </w:rPr>
        <w:t>、成果证明材料目录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"/>
        <w:gridCol w:w="4195"/>
        <w:gridCol w:w="2835"/>
        <w:gridCol w:w="1361"/>
      </w:tblGrid>
      <w:tr w:rsidR="000B7CCE" w14:paraId="666F8792" w14:textId="77777777" w:rsidTr="005F0C4E">
        <w:trPr>
          <w:cantSplit/>
          <w:tblHeader/>
          <w:jc w:val="center"/>
        </w:trPr>
        <w:tc>
          <w:tcPr>
            <w:tcW w:w="9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25CC3F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  <w:b/>
                <w:sz w:val="21"/>
              </w:rPr>
              <w:t>编号</w:t>
            </w:r>
            <w:proofErr w:type="spellEnd"/>
          </w:p>
        </w:tc>
        <w:tc>
          <w:tcPr>
            <w:tcW w:w="4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196A8C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  <w:b/>
                <w:sz w:val="21"/>
              </w:rPr>
              <w:t>材料名称</w:t>
            </w:r>
            <w:proofErr w:type="spellEnd"/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1958A6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  <w:b/>
                <w:sz w:val="21"/>
              </w:rPr>
              <w:t>对应成果或任务</w:t>
            </w:r>
            <w:proofErr w:type="spellEnd"/>
          </w:p>
        </w:tc>
        <w:tc>
          <w:tcPr>
            <w:tcW w:w="13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6A9F57" w14:textId="77777777" w:rsidR="000B7CCE" w:rsidRDefault="00000000">
            <w:pPr>
              <w:snapToGrid w:val="0"/>
              <w:spacing w:after="0" w:line="320" w:lineRule="exact"/>
              <w:jc w:val="center"/>
            </w:pPr>
            <w:proofErr w:type="spellStart"/>
            <w:r>
              <w:rPr>
                <w:rFonts w:cs="Times New Roman"/>
                <w:b/>
                <w:sz w:val="21"/>
              </w:rPr>
              <w:t>页码</w:t>
            </w:r>
            <w:proofErr w:type="spellEnd"/>
          </w:p>
        </w:tc>
      </w:tr>
      <w:tr w:rsidR="000B7CCE" w14:paraId="3FDD1717" w14:textId="77777777" w:rsidTr="005F0C4E">
        <w:trPr>
          <w:cantSplit/>
          <w:trHeight w:val="567"/>
          <w:jc w:val="center"/>
        </w:trPr>
        <w:tc>
          <w:tcPr>
            <w:tcW w:w="9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B0EA5E" w14:textId="77777777" w:rsidR="000B7CCE" w:rsidRDefault="00000000">
            <w:pPr>
              <w:snapToGrid w:val="0"/>
              <w:spacing w:after="0" w:line="320" w:lineRule="exact"/>
              <w:jc w:val="center"/>
            </w:pPr>
            <w:r>
              <w:rPr>
                <w:rFonts w:cs="Times New Roman"/>
                <w:sz w:val="21"/>
              </w:rPr>
              <w:t>1</w:t>
            </w:r>
          </w:p>
        </w:tc>
        <w:tc>
          <w:tcPr>
            <w:tcW w:w="4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1BFB6E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897849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13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D873BE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  <w:tr w:rsidR="000B7CCE" w14:paraId="16798711" w14:textId="77777777" w:rsidTr="005F0C4E">
        <w:trPr>
          <w:cantSplit/>
          <w:trHeight w:val="567"/>
          <w:jc w:val="center"/>
        </w:trPr>
        <w:tc>
          <w:tcPr>
            <w:tcW w:w="9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CBA9BF" w14:textId="77777777" w:rsidR="000B7CCE" w:rsidRDefault="00000000">
            <w:pPr>
              <w:snapToGrid w:val="0"/>
              <w:spacing w:after="0" w:line="320" w:lineRule="exact"/>
              <w:jc w:val="center"/>
            </w:pPr>
            <w:r>
              <w:rPr>
                <w:rFonts w:cs="Times New Roman"/>
                <w:sz w:val="21"/>
              </w:rPr>
              <w:t>2</w:t>
            </w:r>
          </w:p>
        </w:tc>
        <w:tc>
          <w:tcPr>
            <w:tcW w:w="4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3BB670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D2CD6B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13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1F3679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  <w:tr w:rsidR="000B7CCE" w14:paraId="19ABD042" w14:textId="77777777" w:rsidTr="005F0C4E">
        <w:trPr>
          <w:cantSplit/>
          <w:trHeight w:val="567"/>
          <w:jc w:val="center"/>
        </w:trPr>
        <w:tc>
          <w:tcPr>
            <w:tcW w:w="9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3F591D" w14:textId="77777777" w:rsidR="000B7CCE" w:rsidRDefault="00000000">
            <w:pPr>
              <w:snapToGrid w:val="0"/>
              <w:spacing w:after="0" w:line="320" w:lineRule="exact"/>
              <w:jc w:val="center"/>
            </w:pPr>
            <w:r>
              <w:rPr>
                <w:rFonts w:cs="Times New Roman"/>
                <w:sz w:val="21"/>
              </w:rPr>
              <w:t>3</w:t>
            </w:r>
          </w:p>
        </w:tc>
        <w:tc>
          <w:tcPr>
            <w:tcW w:w="4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4A8161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5249E4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13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E99FFF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  <w:tr w:rsidR="000B7CCE" w14:paraId="3B0ACBA0" w14:textId="77777777" w:rsidTr="005F0C4E">
        <w:trPr>
          <w:cantSplit/>
          <w:trHeight w:val="567"/>
          <w:jc w:val="center"/>
        </w:trPr>
        <w:tc>
          <w:tcPr>
            <w:tcW w:w="9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61268D" w14:textId="77777777" w:rsidR="000B7CCE" w:rsidRDefault="00000000">
            <w:pPr>
              <w:snapToGrid w:val="0"/>
              <w:spacing w:after="0" w:line="320" w:lineRule="exact"/>
              <w:jc w:val="center"/>
            </w:pPr>
            <w:r>
              <w:rPr>
                <w:rFonts w:cs="Times New Roman"/>
                <w:sz w:val="21"/>
              </w:rPr>
              <w:t>4</w:t>
            </w:r>
          </w:p>
        </w:tc>
        <w:tc>
          <w:tcPr>
            <w:tcW w:w="4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10E05C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7C346B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13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F39E40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  <w:tr w:rsidR="000B7CCE" w14:paraId="3FDDFC9D" w14:textId="77777777" w:rsidTr="005F0C4E">
        <w:trPr>
          <w:cantSplit/>
          <w:trHeight w:val="567"/>
          <w:jc w:val="center"/>
        </w:trPr>
        <w:tc>
          <w:tcPr>
            <w:tcW w:w="9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3292D1" w14:textId="77777777" w:rsidR="000B7CCE" w:rsidRDefault="00000000">
            <w:pPr>
              <w:snapToGrid w:val="0"/>
              <w:spacing w:after="0" w:line="320" w:lineRule="exact"/>
              <w:jc w:val="center"/>
            </w:pPr>
            <w:r>
              <w:rPr>
                <w:rFonts w:cs="Times New Roman"/>
                <w:sz w:val="21"/>
              </w:rPr>
              <w:t>5</w:t>
            </w:r>
          </w:p>
        </w:tc>
        <w:tc>
          <w:tcPr>
            <w:tcW w:w="4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371FA9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C67806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13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F77205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  <w:tr w:rsidR="000B7CCE" w14:paraId="17382655" w14:textId="77777777" w:rsidTr="005F0C4E">
        <w:trPr>
          <w:cantSplit/>
          <w:trHeight w:val="567"/>
          <w:jc w:val="center"/>
        </w:trPr>
        <w:tc>
          <w:tcPr>
            <w:tcW w:w="9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30E1DC" w14:textId="77777777" w:rsidR="000B7CCE" w:rsidRDefault="00000000">
            <w:pPr>
              <w:snapToGrid w:val="0"/>
              <w:spacing w:after="0" w:line="320" w:lineRule="exact"/>
              <w:jc w:val="center"/>
            </w:pPr>
            <w:r>
              <w:rPr>
                <w:rFonts w:cs="Times New Roman"/>
                <w:sz w:val="21"/>
              </w:rPr>
              <w:t>6</w:t>
            </w:r>
          </w:p>
        </w:tc>
        <w:tc>
          <w:tcPr>
            <w:tcW w:w="4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55920E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D11AD3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13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FECE2B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  <w:tr w:rsidR="000B7CCE" w14:paraId="2B10942B" w14:textId="77777777" w:rsidTr="005F0C4E">
        <w:trPr>
          <w:cantSplit/>
          <w:trHeight w:val="567"/>
          <w:jc w:val="center"/>
        </w:trPr>
        <w:tc>
          <w:tcPr>
            <w:tcW w:w="9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235522" w14:textId="77777777" w:rsidR="000B7CCE" w:rsidRDefault="00000000">
            <w:pPr>
              <w:snapToGrid w:val="0"/>
              <w:spacing w:after="0" w:line="320" w:lineRule="exact"/>
              <w:jc w:val="center"/>
            </w:pPr>
            <w:r>
              <w:rPr>
                <w:rFonts w:cs="Times New Roman"/>
                <w:sz w:val="21"/>
              </w:rPr>
              <w:t>7</w:t>
            </w:r>
          </w:p>
        </w:tc>
        <w:tc>
          <w:tcPr>
            <w:tcW w:w="4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85D36A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0C7016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13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34C905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  <w:tr w:rsidR="000B7CCE" w14:paraId="56859FA2" w14:textId="77777777" w:rsidTr="005F0C4E">
        <w:trPr>
          <w:cantSplit/>
          <w:trHeight w:val="567"/>
          <w:jc w:val="center"/>
        </w:trPr>
        <w:tc>
          <w:tcPr>
            <w:tcW w:w="9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10F6CF" w14:textId="77777777" w:rsidR="000B7CCE" w:rsidRDefault="00000000">
            <w:pPr>
              <w:snapToGrid w:val="0"/>
              <w:spacing w:after="0" w:line="320" w:lineRule="exact"/>
              <w:jc w:val="center"/>
            </w:pPr>
            <w:r>
              <w:rPr>
                <w:rFonts w:cs="Times New Roman"/>
                <w:sz w:val="21"/>
              </w:rPr>
              <w:t>8</w:t>
            </w:r>
          </w:p>
        </w:tc>
        <w:tc>
          <w:tcPr>
            <w:tcW w:w="4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D93E16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2FB880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  <w:tc>
          <w:tcPr>
            <w:tcW w:w="13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C5A632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</w:tbl>
    <w:p w14:paraId="5F49FF6A" w14:textId="77777777" w:rsidR="000B7CCE" w:rsidRDefault="00000000">
      <w:pPr>
        <w:snapToGrid w:val="0"/>
        <w:rPr>
          <w:lang w:eastAsia="zh-CN"/>
        </w:rPr>
      </w:pPr>
      <w:r>
        <w:rPr>
          <w:rFonts w:cs="Times New Roman"/>
          <w:sz w:val="21"/>
          <w:lang w:eastAsia="zh-CN"/>
        </w:rPr>
        <w:t>成果附件依次编页。论文附全文及必要的收录或期刊属性证明；专利附授权证书；其他成果</w:t>
      </w:r>
      <w:proofErr w:type="gramStart"/>
      <w:r>
        <w:rPr>
          <w:rFonts w:cs="Times New Roman"/>
          <w:sz w:val="21"/>
          <w:lang w:eastAsia="zh-CN"/>
        </w:rPr>
        <w:t>附可以</w:t>
      </w:r>
      <w:proofErr w:type="gramEnd"/>
      <w:r>
        <w:rPr>
          <w:rFonts w:cs="Times New Roman"/>
          <w:sz w:val="21"/>
          <w:lang w:eastAsia="zh-CN"/>
        </w:rPr>
        <w:t>核验的证明材料。</w:t>
      </w:r>
    </w:p>
    <w:p w14:paraId="34D85F20" w14:textId="0CB026E7" w:rsidR="000B7CCE" w:rsidRDefault="005F0C4E">
      <w:pPr>
        <w:pStyle w:val="1"/>
        <w:snapToGrid w:val="0"/>
        <w:rPr>
          <w:lang w:eastAsia="zh-CN"/>
        </w:rPr>
      </w:pPr>
      <w:r>
        <w:rPr>
          <w:rFonts w:ascii="Times New Roman" w:eastAsia="宋体" w:hAnsi="Times New Roman" w:cs="Times New Roman" w:hint="eastAsia"/>
          <w:lang w:eastAsia="zh-CN"/>
        </w:rPr>
        <w:t>九</w:t>
      </w:r>
      <w:r>
        <w:rPr>
          <w:rFonts w:ascii="Times New Roman" w:eastAsia="宋体" w:hAnsi="Times New Roman" w:cs="Times New Roman"/>
          <w:lang w:eastAsia="zh-CN"/>
        </w:rPr>
        <w:t>、课题负责人承诺</w:t>
      </w:r>
    </w:p>
    <w:p w14:paraId="6BC60B64" w14:textId="77777777" w:rsidR="000B7CCE" w:rsidRDefault="00000000">
      <w:pPr>
        <w:snapToGrid w:val="0"/>
        <w:ind w:firstLine="480"/>
        <w:rPr>
          <w:lang w:eastAsia="zh-CN"/>
        </w:rPr>
      </w:pPr>
      <w:r>
        <w:rPr>
          <w:rFonts w:cs="Times New Roman"/>
          <w:lang w:eastAsia="zh-CN"/>
        </w:rPr>
        <w:t>本人承诺，本报告及所附材料真实、准确、完整，所列成果与本项目相关，经费数据与实际情况一致。如有不实，本人愿承担相应责任。</w:t>
      </w:r>
    </w:p>
    <w:p w14:paraId="0EAF1EAE" w14:textId="2C69E1E9" w:rsidR="000B7CCE" w:rsidRDefault="00000000" w:rsidP="005F0C4E">
      <w:pPr>
        <w:snapToGrid w:val="0"/>
        <w:jc w:val="right"/>
        <w:rPr>
          <w:lang w:eastAsia="zh-CN"/>
        </w:rPr>
      </w:pPr>
      <w:r>
        <w:rPr>
          <w:rFonts w:cs="Times New Roman"/>
          <w:sz w:val="22"/>
          <w:lang w:eastAsia="zh-CN"/>
        </w:rPr>
        <w:t>课题负责人签字：　　　　　　　　　日期：　　　年　月　日</w:t>
      </w:r>
    </w:p>
    <w:p w14:paraId="6F38A7D0" w14:textId="2CBFEF75" w:rsidR="000B7CCE" w:rsidRDefault="005F0C4E">
      <w:pPr>
        <w:pStyle w:val="1"/>
        <w:snapToGrid w:val="0"/>
        <w:rPr>
          <w:lang w:eastAsia="zh-CN"/>
        </w:rPr>
      </w:pPr>
      <w:r>
        <w:rPr>
          <w:rFonts w:ascii="Times New Roman" w:eastAsia="宋体" w:hAnsi="Times New Roman" w:cs="Times New Roman" w:hint="eastAsia"/>
          <w:lang w:eastAsia="zh-CN"/>
        </w:rPr>
        <w:t>十</w:t>
      </w:r>
      <w:r>
        <w:rPr>
          <w:rFonts w:ascii="Times New Roman" w:eastAsia="宋体" w:hAnsi="Times New Roman" w:cs="Times New Roman"/>
          <w:lang w:eastAsia="zh-CN"/>
        </w:rPr>
        <w:t>、专家评审意见</w:t>
      </w:r>
    </w:p>
    <w:p w14:paraId="6B8AD603" w14:textId="77777777" w:rsidR="000B7CCE" w:rsidRDefault="00000000">
      <w:pPr>
        <w:snapToGrid w:val="0"/>
        <w:rPr>
          <w:lang w:eastAsia="zh-CN"/>
        </w:rPr>
      </w:pPr>
      <w:r>
        <w:rPr>
          <w:rFonts w:cs="Times New Roman"/>
          <w:sz w:val="22"/>
          <w:lang w:eastAsia="zh-CN"/>
        </w:rPr>
        <w:t>验收结论：</w:t>
      </w:r>
      <w:r>
        <w:rPr>
          <w:rFonts w:cs="Times New Roman"/>
          <w:sz w:val="22"/>
          <w:lang w:eastAsia="zh-CN"/>
        </w:rPr>
        <w:t>□</w:t>
      </w:r>
      <w:r>
        <w:rPr>
          <w:rFonts w:cs="Times New Roman"/>
          <w:sz w:val="22"/>
          <w:lang w:eastAsia="zh-CN"/>
        </w:rPr>
        <w:t xml:space="preserve">通过　</w:t>
      </w:r>
      <w:r>
        <w:rPr>
          <w:rFonts w:cs="Times New Roman"/>
          <w:sz w:val="22"/>
          <w:lang w:eastAsia="zh-CN"/>
        </w:rPr>
        <w:t>□</w:t>
      </w:r>
      <w:r>
        <w:rPr>
          <w:rFonts w:cs="Times New Roman"/>
          <w:sz w:val="22"/>
          <w:lang w:eastAsia="zh-CN"/>
        </w:rPr>
        <w:t>不通过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98"/>
      </w:tblGrid>
      <w:tr w:rsidR="000B7CCE" w14:paraId="07E49DCF" w14:textId="77777777" w:rsidTr="005F0C4E">
        <w:trPr>
          <w:cantSplit/>
          <w:trHeight w:val="3118"/>
          <w:jc w:val="center"/>
        </w:trPr>
        <w:tc>
          <w:tcPr>
            <w:tcW w:w="929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41303E" w14:textId="77777777" w:rsidR="000B7CCE" w:rsidRDefault="000B7CCE">
            <w:pPr>
              <w:snapToGrid w:val="0"/>
              <w:spacing w:after="0" w:line="320" w:lineRule="exact"/>
              <w:jc w:val="center"/>
              <w:rPr>
                <w:lang w:eastAsia="zh-CN"/>
              </w:rPr>
            </w:pPr>
          </w:p>
        </w:tc>
      </w:tr>
    </w:tbl>
    <w:p w14:paraId="6886B529" w14:textId="77777777" w:rsidR="000B7CCE" w:rsidRDefault="00000000" w:rsidP="005F0C4E">
      <w:pPr>
        <w:snapToGrid w:val="0"/>
        <w:jc w:val="right"/>
        <w:rPr>
          <w:lang w:eastAsia="zh-CN"/>
        </w:rPr>
      </w:pPr>
      <w:r>
        <w:rPr>
          <w:rFonts w:cs="Times New Roman"/>
          <w:sz w:val="22"/>
          <w:lang w:eastAsia="zh-CN"/>
        </w:rPr>
        <w:t>专家组组长签字：　　　　　　　　　日期：　　　年　月　日</w:t>
      </w:r>
    </w:p>
    <w:p w14:paraId="12E0D11F" w14:textId="5CA76687" w:rsidR="000B7CCE" w:rsidRDefault="00000000">
      <w:pPr>
        <w:pStyle w:val="1"/>
        <w:snapToGrid w:val="0"/>
      </w:pPr>
      <w:r>
        <w:rPr>
          <w:rFonts w:ascii="Times New Roman" w:eastAsia="宋体" w:hAnsi="Times New Roman" w:cs="Times New Roman"/>
        </w:rPr>
        <w:t>十</w:t>
      </w:r>
      <w:r w:rsidR="00632079">
        <w:rPr>
          <w:rFonts w:ascii="Times New Roman" w:eastAsia="宋体" w:hAnsi="Times New Roman" w:cs="Times New Roman" w:hint="eastAsia"/>
          <w:lang w:eastAsia="zh-CN"/>
        </w:rPr>
        <w:t>一</w:t>
      </w:r>
      <w:r>
        <w:rPr>
          <w:rFonts w:ascii="Times New Roman" w:eastAsia="宋体" w:hAnsi="Times New Roman" w:cs="Times New Roman"/>
        </w:rPr>
        <w:t>、</w:t>
      </w:r>
      <w:proofErr w:type="spellStart"/>
      <w:r>
        <w:rPr>
          <w:rFonts w:ascii="Times New Roman" w:eastAsia="宋体" w:hAnsi="Times New Roman" w:cs="Times New Roman"/>
        </w:rPr>
        <w:t>实验室审核意见</w:t>
      </w:r>
      <w:proofErr w:type="spellEnd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98"/>
      </w:tblGrid>
      <w:tr w:rsidR="000B7CCE" w14:paraId="3EECDA1E" w14:textId="77777777" w:rsidTr="005F0C4E">
        <w:trPr>
          <w:cantSplit/>
          <w:trHeight w:val="2551"/>
          <w:jc w:val="center"/>
        </w:trPr>
        <w:tc>
          <w:tcPr>
            <w:tcW w:w="929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C342F7" w14:textId="77777777" w:rsidR="000B7CCE" w:rsidRDefault="000B7CCE">
            <w:pPr>
              <w:snapToGrid w:val="0"/>
              <w:spacing w:after="0" w:line="320" w:lineRule="exact"/>
              <w:jc w:val="center"/>
            </w:pPr>
          </w:p>
        </w:tc>
      </w:tr>
    </w:tbl>
    <w:p w14:paraId="1F788951" w14:textId="77777777" w:rsidR="000B7CCE" w:rsidRDefault="00000000" w:rsidP="005F0C4E">
      <w:pPr>
        <w:snapToGrid w:val="0"/>
        <w:jc w:val="right"/>
        <w:rPr>
          <w:lang w:eastAsia="zh-CN"/>
        </w:rPr>
      </w:pPr>
      <w:r>
        <w:rPr>
          <w:rFonts w:cs="Times New Roman"/>
          <w:sz w:val="22"/>
          <w:lang w:eastAsia="zh-CN"/>
        </w:rPr>
        <w:t>实验室负责人签字：　　　　　　　　实验室盖章：</w:t>
      </w:r>
      <w:r>
        <w:rPr>
          <w:rFonts w:cs="Times New Roman"/>
          <w:sz w:val="22"/>
          <w:lang w:eastAsia="zh-CN"/>
        </w:rPr>
        <w:br/>
      </w:r>
      <w:r>
        <w:rPr>
          <w:rFonts w:cs="Times New Roman"/>
          <w:sz w:val="22"/>
          <w:lang w:eastAsia="zh-CN"/>
        </w:rPr>
        <w:t>日期：　　　年　月　日</w:t>
      </w:r>
    </w:p>
    <w:sectPr w:rsidR="000B7CCE" w:rsidSect="00034616">
      <w:pgSz w:w="11906" w:h="16838"/>
      <w:pgMar w:top="1191" w:right="1304" w:bottom="1134" w:left="130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32D2E" w14:textId="77777777" w:rsidR="0061642E" w:rsidRDefault="0061642E">
      <w:pPr>
        <w:spacing w:after="0" w:line="240" w:lineRule="auto"/>
      </w:pPr>
      <w:r>
        <w:separator/>
      </w:r>
    </w:p>
  </w:endnote>
  <w:endnote w:type="continuationSeparator" w:id="0">
    <w:p w14:paraId="5F187A7E" w14:textId="77777777" w:rsidR="0061642E" w:rsidRDefault="00616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D5816" w14:textId="77777777" w:rsidR="000B7CCE" w:rsidRDefault="00000000">
    <w:pPr>
      <w:pStyle w:val="a7"/>
      <w:jc w:val="center"/>
    </w:pPr>
    <w:r>
      <w:rPr>
        <w:rFonts w:cs="Times New Roman"/>
        <w:sz w:val="20"/>
      </w:rPr>
      <w:t xml:space="preserve">— </w:t>
    </w:r>
    <w:r>
      <w:fldChar w:fldCharType="begin"/>
    </w:r>
    <w:r>
      <w:instrText>PAGE</w:instrText>
    </w:r>
    <w:r>
      <w:fldChar w:fldCharType="separate"/>
    </w:r>
    <w:r w:rsidR="005F0C4E">
      <w:rPr>
        <w:noProof/>
      </w:rPr>
      <w:t>1</w:t>
    </w:r>
    <w:r>
      <w:fldChar w:fldCharType="end"/>
    </w:r>
    <w:r>
      <w:rPr>
        <w:rFonts w:cs="Times New Roman"/>
        <w:sz w:val="20"/>
      </w:rPr>
      <w:t xml:space="preserve"> —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82C2B" w14:textId="77777777" w:rsidR="0061642E" w:rsidRDefault="0061642E">
      <w:pPr>
        <w:spacing w:after="0" w:line="240" w:lineRule="auto"/>
      </w:pPr>
      <w:r>
        <w:separator/>
      </w:r>
    </w:p>
  </w:footnote>
  <w:footnote w:type="continuationSeparator" w:id="0">
    <w:p w14:paraId="2D8936BC" w14:textId="77777777" w:rsidR="0061642E" w:rsidRDefault="006164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38623104">
    <w:abstractNumId w:val="8"/>
  </w:num>
  <w:num w:numId="2" w16cid:durableId="1836803925">
    <w:abstractNumId w:val="6"/>
  </w:num>
  <w:num w:numId="3" w16cid:durableId="1630939130">
    <w:abstractNumId w:val="5"/>
  </w:num>
  <w:num w:numId="4" w16cid:durableId="101271429">
    <w:abstractNumId w:val="4"/>
  </w:num>
  <w:num w:numId="5" w16cid:durableId="1198280707">
    <w:abstractNumId w:val="7"/>
  </w:num>
  <w:num w:numId="6" w16cid:durableId="2055809608">
    <w:abstractNumId w:val="3"/>
  </w:num>
  <w:num w:numId="7" w16cid:durableId="1761441159">
    <w:abstractNumId w:val="2"/>
  </w:num>
  <w:num w:numId="8" w16cid:durableId="1030686665">
    <w:abstractNumId w:val="1"/>
  </w:num>
  <w:num w:numId="9" w16cid:durableId="1336612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B7CCE"/>
    <w:rsid w:val="000E7E11"/>
    <w:rsid w:val="0015074B"/>
    <w:rsid w:val="0029639D"/>
    <w:rsid w:val="00326F90"/>
    <w:rsid w:val="003908F2"/>
    <w:rsid w:val="005F0C4E"/>
    <w:rsid w:val="0061642E"/>
    <w:rsid w:val="00632079"/>
    <w:rsid w:val="008418E4"/>
    <w:rsid w:val="00AA1D8D"/>
    <w:rsid w:val="00AA7728"/>
    <w:rsid w:val="00B47730"/>
    <w:rsid w:val="00BF3615"/>
    <w:rsid w:val="00C7255F"/>
    <w:rsid w:val="00CB0664"/>
    <w:rsid w:val="00F64D08"/>
    <w:rsid w:val="00FB0F9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DD92F08"/>
  <w14:defaultImageDpi w14:val="300"/>
  <w15:docId w15:val="{FBFE9DC9-3CD7-4B0F-A7FD-CF455AEFA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00" w:line="440" w:lineRule="exact"/>
    </w:pPr>
    <w:rPr>
      <w:rFonts w:ascii="Times New Roman" w:eastAsia="宋体" w:hAnsi="Times New Roman"/>
      <w:color w:val="000000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页眉 字符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页脚 字符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标题 1 字符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keepNext/>
      <w:contextualSpacing/>
    </w:pPr>
    <w:rPr>
      <w:rFonts w:asciiTheme="majorHAnsi" w:eastAsiaTheme="majorEastAsia" w:hAnsiTheme="majorHAnsi" w:cstheme="majorBidi"/>
      <w:b/>
      <w:spacing w:val="5"/>
      <w:kern w:val="28"/>
      <w:sz w:val="40"/>
      <w:szCs w:val="52"/>
    </w:rPr>
  </w:style>
  <w:style w:type="character" w:customStyle="1" w:styleId="ab">
    <w:name w:val="标题 字符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副标题 字符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正文文本 字符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正文文本 2 字符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正文文本 3 字符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宏文本 字符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 字符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标题 6 字符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标题 7 字符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明显引用 字符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1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2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3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4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5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6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7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8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4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开放课题结题报告</dc:title>
  <dc:subject>安徽省城市轨道交通安全与应急管理重点实验室</dc:subject>
  <dc:creator/>
  <cp:keywords/>
  <dc:description>generated by python-docx</dc:description>
  <cp:lastModifiedBy>俊豪 高</cp:lastModifiedBy>
  <cp:revision>6</cp:revision>
  <dcterms:created xsi:type="dcterms:W3CDTF">2013-12-23T23:15:00Z</dcterms:created>
  <dcterms:modified xsi:type="dcterms:W3CDTF">2026-10-16T08:02:00Z</dcterms:modified>
  <cp:category/>
</cp:coreProperties>
</file>